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DEEC" w14:textId="3B826014" w:rsidR="007A672F" w:rsidRDefault="007A672F" w:rsidP="007A672F">
      <w:pPr>
        <w:spacing w:after="120"/>
      </w:pPr>
      <w:r>
        <w:t xml:space="preserve">    </w:t>
      </w:r>
    </w:p>
    <w:p w14:paraId="3D0ED287" w14:textId="695EF9FC" w:rsidR="007A672F" w:rsidRDefault="007A672F" w:rsidP="007A672F">
      <w:pPr>
        <w:spacing w:after="120"/>
      </w:pPr>
    </w:p>
    <w:p w14:paraId="6EB83732" w14:textId="7BD4622D" w:rsidR="007A672F" w:rsidRDefault="007A672F" w:rsidP="007A672F">
      <w:pPr>
        <w:spacing w:after="120"/>
      </w:pPr>
    </w:p>
    <w:p w14:paraId="6FBC13BA" w14:textId="77777777" w:rsidR="007A672F" w:rsidRDefault="007A672F" w:rsidP="007A672F">
      <w:pPr>
        <w:spacing w:after="120"/>
      </w:pPr>
    </w:p>
    <w:p w14:paraId="4A2E9E81" w14:textId="1408D0EF" w:rsidR="007A672F" w:rsidRDefault="007A672F" w:rsidP="007A672F">
      <w:pPr>
        <w:spacing w:after="120"/>
      </w:pPr>
    </w:p>
    <w:p w14:paraId="478233D9" w14:textId="77777777" w:rsidR="007A672F" w:rsidRDefault="007A672F" w:rsidP="007A672F">
      <w:pPr>
        <w:spacing w:after="120"/>
      </w:pPr>
    </w:p>
    <w:p w14:paraId="08430B7D" w14:textId="77777777" w:rsidR="007A672F" w:rsidRDefault="007A672F" w:rsidP="007A672F">
      <w:pPr>
        <w:spacing w:after="120"/>
      </w:pPr>
    </w:p>
    <w:p w14:paraId="503D744F" w14:textId="77777777" w:rsidR="007A672F" w:rsidRDefault="007A672F" w:rsidP="007A672F">
      <w:pPr>
        <w:spacing w:after="120"/>
      </w:pPr>
    </w:p>
    <w:p w14:paraId="09C130ED" w14:textId="77777777" w:rsidR="007A672F" w:rsidRDefault="007A672F" w:rsidP="007A672F">
      <w:pPr>
        <w:spacing w:after="120"/>
      </w:pPr>
    </w:p>
    <w:p w14:paraId="3EAFEFE6" w14:textId="77777777" w:rsidR="007A672F" w:rsidRDefault="007A672F" w:rsidP="007A672F">
      <w:pPr>
        <w:spacing w:after="120"/>
      </w:pPr>
    </w:p>
    <w:p w14:paraId="6F3B391A" w14:textId="77777777" w:rsidR="007A672F" w:rsidRDefault="007A672F" w:rsidP="007A672F">
      <w:pPr>
        <w:spacing w:after="120"/>
      </w:pPr>
    </w:p>
    <w:p w14:paraId="03E7D194" w14:textId="7CE548E4" w:rsidR="007A672F" w:rsidRDefault="007A672F" w:rsidP="007A672F">
      <w:pPr>
        <w:spacing w:after="120"/>
      </w:pPr>
    </w:p>
    <w:p w14:paraId="495E135C" w14:textId="77777777" w:rsidR="007A672F" w:rsidRDefault="007A672F" w:rsidP="007A672F">
      <w:pPr>
        <w:spacing w:after="120"/>
      </w:pPr>
    </w:p>
    <w:p w14:paraId="239AC0DC" w14:textId="67EE38B2" w:rsidR="007A672F" w:rsidRDefault="007A672F" w:rsidP="007A672F">
      <w:pPr>
        <w:spacing w:after="120"/>
      </w:pPr>
    </w:p>
    <w:p w14:paraId="385B6273" w14:textId="7397A805" w:rsidR="007A672F" w:rsidRDefault="007A672F" w:rsidP="007A672F">
      <w:pPr>
        <w:spacing w:after="120"/>
      </w:pPr>
    </w:p>
    <w:p w14:paraId="3F4A8018" w14:textId="7B46F9EE" w:rsidR="007A672F" w:rsidRDefault="007A672F" w:rsidP="007A672F">
      <w:pPr>
        <w:spacing w:after="120"/>
      </w:pPr>
    </w:p>
    <w:p w14:paraId="124B5208" w14:textId="77777777" w:rsidR="007A672F" w:rsidRDefault="007A672F" w:rsidP="007A672F">
      <w:pPr>
        <w:spacing w:after="120"/>
      </w:pPr>
    </w:p>
    <w:p w14:paraId="25CE5337" w14:textId="665C2DF7" w:rsidR="007A672F" w:rsidRDefault="007A672F" w:rsidP="007A672F">
      <w:pPr>
        <w:spacing w:after="120"/>
      </w:pPr>
    </w:p>
    <w:p w14:paraId="003B6A59" w14:textId="39CE5336" w:rsidR="007A672F" w:rsidRDefault="007A672F" w:rsidP="007A672F">
      <w:pPr>
        <w:spacing w:after="120"/>
      </w:pPr>
    </w:p>
    <w:p w14:paraId="72555C14" w14:textId="20728CAD" w:rsidR="007A672F" w:rsidRDefault="007A672F" w:rsidP="007A672F">
      <w:pPr>
        <w:spacing w:after="120"/>
      </w:pPr>
    </w:p>
    <w:p w14:paraId="3AF61937" w14:textId="47123218" w:rsidR="007A672F" w:rsidRDefault="007A672F" w:rsidP="007A672F">
      <w:pPr>
        <w:spacing w:after="120"/>
      </w:pPr>
    </w:p>
    <w:p w14:paraId="21A5B41D" w14:textId="77777777" w:rsidR="007A672F" w:rsidRDefault="007A672F" w:rsidP="007A672F">
      <w:pPr>
        <w:pStyle w:val="Kop1"/>
        <w:rPr>
          <w:rFonts w:asciiTheme="minorHAnsi" w:eastAsiaTheme="minorEastAsia" w:hAnsiTheme="minorHAnsi" w:cstheme="minorBidi"/>
          <w:b w:val="0"/>
          <w:bCs w:val="0"/>
          <w:color w:val="auto"/>
          <w:sz w:val="22"/>
          <w:szCs w:val="22"/>
        </w:rPr>
      </w:pPr>
    </w:p>
    <w:p w14:paraId="2DB14243" w14:textId="77777777" w:rsidR="007A672F" w:rsidRPr="006A4474" w:rsidRDefault="007A672F" w:rsidP="007A672F">
      <w:pPr>
        <w:spacing w:line="160" w:lineRule="exact"/>
      </w:pPr>
    </w:p>
    <w:p w14:paraId="633D400D" w14:textId="225A9D58" w:rsidR="007C141B" w:rsidRPr="007C141B" w:rsidRDefault="007C141B" w:rsidP="007C141B">
      <w:pPr>
        <w:jc w:val="center"/>
        <w:rPr>
          <w:rFonts w:ascii="Bahnschrift Condensed" w:hAnsi="Bahnschrift Condensed"/>
          <w:b/>
          <w:bCs/>
          <w:i/>
          <w:iCs/>
          <w:color w:val="92CDDC" w:themeColor="accent5" w:themeTint="99"/>
          <w:sz w:val="40"/>
          <w:szCs w:val="40"/>
        </w:rPr>
      </w:pPr>
      <w:r>
        <w:rPr>
          <w:rFonts w:ascii="ADLaM Display" w:hAnsi="ADLaM Display" w:cs="ADLaM Display"/>
          <w:b/>
          <w:bCs/>
          <w:color w:val="4BACC6" w:themeColor="accent5"/>
          <w:sz w:val="40"/>
          <w:szCs w:val="40"/>
        </w:rPr>
        <w:t>Game On!</w:t>
      </w:r>
      <w:r w:rsidRPr="007C141B">
        <w:rPr>
          <w:rFonts w:ascii="Segoe Script" w:hAnsi="Segoe Script"/>
          <w:b/>
          <w:bCs/>
          <w:color w:val="1F497D" w:themeColor="text2"/>
          <w:sz w:val="40"/>
          <w:szCs w:val="40"/>
        </w:rPr>
        <w:br/>
      </w:r>
    </w:p>
    <w:p w14:paraId="267F4A4C" w14:textId="245FFE7E" w:rsidR="007C141B" w:rsidRPr="007C141B" w:rsidRDefault="007C141B" w:rsidP="007C141B">
      <w:pPr>
        <w:jc w:val="center"/>
        <w:rPr>
          <w:rFonts w:ascii="Bahnschrift Condensed" w:hAnsi="Bahnschrift Condensed"/>
          <w:b/>
          <w:bCs/>
          <w:i/>
          <w:iCs/>
          <w:color w:val="92CDDC" w:themeColor="accent5" w:themeTint="99"/>
          <w:sz w:val="40"/>
          <w:szCs w:val="40"/>
        </w:rPr>
      </w:pPr>
      <w:r>
        <w:rPr>
          <w:rFonts w:ascii="Bahnschrift Condensed" w:hAnsi="Bahnschrift Condensed"/>
          <w:b/>
          <w:bCs/>
          <w:i/>
          <w:iCs/>
          <w:noProof/>
          <w:color w:val="4BACC6" w:themeColor="accent5"/>
          <w:sz w:val="40"/>
          <w:szCs w:val="40"/>
        </w:rPr>
        <w:drawing>
          <wp:anchor distT="0" distB="0" distL="114300" distR="114300" simplePos="0" relativeHeight="251664896" behindDoc="1" locked="0" layoutInCell="1" allowOverlap="1" wp14:anchorId="50B2F4FB" wp14:editId="11B2E3CB">
            <wp:simplePos x="0" y="0"/>
            <wp:positionH relativeFrom="margin">
              <wp:align>right</wp:align>
            </wp:positionH>
            <wp:positionV relativeFrom="paragraph">
              <wp:posOffset>220980</wp:posOffset>
            </wp:positionV>
            <wp:extent cx="4476115" cy="4490085"/>
            <wp:effectExtent l="0" t="0" r="635" b="5715"/>
            <wp:wrapNone/>
            <wp:docPr id="885324865" name="Afbeelding 2" descr="Afbeelding met tekening, schets, Kinderkunst,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324865" name="Afbeelding 2" descr="Afbeelding met tekening, schets, Kinderkunst, diagram&#10;&#10;Door AI gegenereerde inhoud is mogelijk onjuist."/>
                    <pic:cNvPicPr/>
                  </pic:nvPicPr>
                  <pic:blipFill>
                    <a:blip r:embed="rId8"/>
                    <a:stretch>
                      <a:fillRect/>
                    </a:stretch>
                  </pic:blipFill>
                  <pic:spPr>
                    <a:xfrm>
                      <a:off x="0" y="0"/>
                      <a:ext cx="4476115" cy="4490085"/>
                    </a:xfrm>
                    <a:prstGeom prst="rect">
                      <a:avLst/>
                    </a:prstGeom>
                  </pic:spPr>
                </pic:pic>
              </a:graphicData>
            </a:graphic>
          </wp:anchor>
        </w:drawing>
      </w:r>
    </w:p>
    <w:p w14:paraId="7C75A710" w14:textId="6D3811CD" w:rsidR="00F111E4" w:rsidRDefault="00F111E4" w:rsidP="007A672F">
      <w:pPr>
        <w:rPr>
          <w:b/>
          <w:bCs/>
        </w:rPr>
      </w:pPr>
    </w:p>
    <w:p w14:paraId="6685D76C" w14:textId="4A46F51E" w:rsidR="00F111E4" w:rsidRDefault="00F111E4" w:rsidP="007A672F">
      <w:pPr>
        <w:rPr>
          <w:b/>
          <w:bCs/>
        </w:rPr>
      </w:pPr>
    </w:p>
    <w:p w14:paraId="7EC7FBC8" w14:textId="55B75A2D" w:rsidR="00F111E4" w:rsidRDefault="00F111E4" w:rsidP="007A672F">
      <w:pPr>
        <w:rPr>
          <w:b/>
          <w:bCs/>
        </w:rPr>
      </w:pPr>
    </w:p>
    <w:p w14:paraId="7437E4F7" w14:textId="0F3F7D5F" w:rsidR="00F111E4" w:rsidRDefault="00F111E4" w:rsidP="007A672F">
      <w:pPr>
        <w:rPr>
          <w:b/>
          <w:bCs/>
        </w:rPr>
      </w:pPr>
    </w:p>
    <w:p w14:paraId="073A86A1" w14:textId="6E4A12B3" w:rsidR="00F111E4" w:rsidRDefault="00F111E4" w:rsidP="007A672F">
      <w:pPr>
        <w:rPr>
          <w:b/>
          <w:bCs/>
        </w:rPr>
      </w:pPr>
    </w:p>
    <w:p w14:paraId="48FCA6F7" w14:textId="4791BE78" w:rsidR="00F111E4" w:rsidRDefault="00F111E4" w:rsidP="007A672F">
      <w:pPr>
        <w:rPr>
          <w:b/>
          <w:bCs/>
        </w:rPr>
      </w:pPr>
    </w:p>
    <w:p w14:paraId="1261CD0F" w14:textId="4E1555A3" w:rsidR="00F111E4" w:rsidRDefault="00F111E4" w:rsidP="007A672F">
      <w:pPr>
        <w:rPr>
          <w:b/>
          <w:bCs/>
        </w:rPr>
      </w:pPr>
    </w:p>
    <w:p w14:paraId="3E5F6CC0" w14:textId="3CE4C1D9" w:rsidR="00F111E4" w:rsidRDefault="00F111E4" w:rsidP="007A672F">
      <w:pPr>
        <w:rPr>
          <w:b/>
          <w:bCs/>
        </w:rPr>
      </w:pPr>
    </w:p>
    <w:p w14:paraId="2866EBCD" w14:textId="7B6DBC4F" w:rsidR="00F111E4" w:rsidRDefault="00F111E4" w:rsidP="007A672F">
      <w:pPr>
        <w:rPr>
          <w:b/>
          <w:bCs/>
        </w:rPr>
      </w:pPr>
    </w:p>
    <w:p w14:paraId="7A95DF5A" w14:textId="1C98E8B9" w:rsidR="00F111E4" w:rsidRDefault="00F111E4" w:rsidP="007A672F">
      <w:pPr>
        <w:rPr>
          <w:b/>
          <w:bCs/>
        </w:rPr>
      </w:pPr>
    </w:p>
    <w:p w14:paraId="287FAC90" w14:textId="23564D60" w:rsidR="00F111E4" w:rsidRDefault="00F111E4" w:rsidP="007A672F">
      <w:pPr>
        <w:rPr>
          <w:b/>
          <w:bCs/>
        </w:rPr>
      </w:pPr>
    </w:p>
    <w:p w14:paraId="71993493" w14:textId="1828246C" w:rsidR="00F111E4" w:rsidRDefault="00F111E4" w:rsidP="007A672F">
      <w:pPr>
        <w:rPr>
          <w:b/>
          <w:bCs/>
        </w:rPr>
      </w:pPr>
    </w:p>
    <w:p w14:paraId="4B7DE7A0" w14:textId="4E305655" w:rsidR="00F111E4" w:rsidRDefault="00F111E4" w:rsidP="007A672F">
      <w:pPr>
        <w:rPr>
          <w:b/>
          <w:bCs/>
        </w:rPr>
      </w:pPr>
    </w:p>
    <w:p w14:paraId="54A19BF1" w14:textId="77777777" w:rsidR="007C141B" w:rsidRDefault="007C141B" w:rsidP="007C141B">
      <w:pPr>
        <w:jc w:val="center"/>
        <w:rPr>
          <w:rFonts w:ascii="Bahnschrift Condensed" w:hAnsi="Bahnschrift Condensed"/>
          <w:b/>
          <w:bCs/>
          <w:i/>
          <w:iCs/>
          <w:color w:val="92CDDC" w:themeColor="accent5" w:themeTint="99"/>
          <w:sz w:val="40"/>
          <w:szCs w:val="40"/>
        </w:rPr>
      </w:pPr>
    </w:p>
    <w:p w14:paraId="4DA40071" w14:textId="1FC49C01" w:rsidR="00F111E4" w:rsidRDefault="007C141B" w:rsidP="007C141B">
      <w:pPr>
        <w:jc w:val="center"/>
      </w:pPr>
      <w:r w:rsidRPr="007C141B">
        <w:rPr>
          <w:rFonts w:ascii="Bahnschrift Condensed" w:hAnsi="Bahnschrift Condensed"/>
          <w:b/>
          <w:bCs/>
          <w:i/>
          <w:iCs/>
          <w:color w:val="92CDDC" w:themeColor="accent5" w:themeTint="99"/>
          <w:sz w:val="40"/>
          <w:szCs w:val="40"/>
        </w:rPr>
        <w:t>Een spel. Geen pauzeknop. Eén missie.</w:t>
      </w:r>
    </w:p>
    <w:p w14:paraId="1C7E4F2E" w14:textId="77777777" w:rsidR="00F111E4" w:rsidRPr="00F111E4" w:rsidRDefault="00F111E4" w:rsidP="007A672F"/>
    <w:p w14:paraId="16109517" w14:textId="7BFF0360" w:rsidR="00CC2657" w:rsidRPr="00486E7C" w:rsidRDefault="00000000" w:rsidP="00486E7C">
      <w:pPr>
        <w:pStyle w:val="Kop1"/>
        <w:pBdr>
          <w:bottom w:val="single" w:sz="4" w:space="1" w:color="FF0000"/>
        </w:pBdr>
        <w:rPr>
          <w:color w:val="FF0000"/>
          <w:sz w:val="52"/>
          <w:szCs w:val="52"/>
        </w:rPr>
      </w:pPr>
      <w:r w:rsidRPr="00486E7C">
        <w:rPr>
          <w:color w:val="FF0000"/>
          <w:sz w:val="52"/>
          <w:szCs w:val="52"/>
        </w:rPr>
        <w:lastRenderedPageBreak/>
        <w:t xml:space="preserve">Infoboekje </w:t>
      </w:r>
      <w:r w:rsidR="000D4A18" w:rsidRPr="00486E7C">
        <w:rPr>
          <w:color w:val="FF0000"/>
          <w:sz w:val="52"/>
          <w:szCs w:val="52"/>
        </w:rPr>
        <w:t>Bivak</w:t>
      </w:r>
      <w:r w:rsidR="004C5D30">
        <w:rPr>
          <w:color w:val="FF0000"/>
          <w:sz w:val="52"/>
          <w:szCs w:val="52"/>
        </w:rPr>
        <w:t xml:space="preserve"> 202</w:t>
      </w:r>
      <w:r w:rsidR="001830F3">
        <w:rPr>
          <w:color w:val="FF0000"/>
          <w:sz w:val="52"/>
          <w:szCs w:val="52"/>
        </w:rPr>
        <w:t>6</w:t>
      </w:r>
    </w:p>
    <w:p w14:paraId="3540B751" w14:textId="0006A66A" w:rsidR="000D4A18" w:rsidRPr="000D4A18" w:rsidRDefault="000D4A18" w:rsidP="000D4A18">
      <w:pPr>
        <w:pStyle w:val="Kop1"/>
        <w:rPr>
          <w:rFonts w:asciiTheme="minorHAnsi" w:eastAsiaTheme="minorEastAsia" w:hAnsiTheme="minorHAnsi" w:cstheme="minorBidi"/>
          <w:color w:val="auto"/>
          <w:sz w:val="22"/>
          <w:szCs w:val="22"/>
        </w:rPr>
      </w:pPr>
      <w:r w:rsidRPr="000D4A18">
        <w:rPr>
          <w:rFonts w:asciiTheme="minorHAnsi" w:eastAsiaTheme="minorEastAsia" w:hAnsiTheme="minorHAnsi" w:cstheme="minorBidi"/>
          <w:color w:val="auto"/>
          <w:sz w:val="22"/>
          <w:szCs w:val="22"/>
        </w:rPr>
        <w:t xml:space="preserve">Dag ouders, </w:t>
      </w:r>
      <w:r w:rsidR="004927B3" w:rsidRPr="000D4A18">
        <w:rPr>
          <w:rFonts w:asciiTheme="minorHAnsi" w:eastAsiaTheme="minorEastAsia" w:hAnsiTheme="minorHAnsi" w:cstheme="minorBidi"/>
          <w:color w:val="auto"/>
          <w:sz w:val="22"/>
          <w:szCs w:val="22"/>
        </w:rPr>
        <w:t>Chirojongens</w:t>
      </w:r>
      <w:r w:rsidRPr="000D4A18">
        <w:rPr>
          <w:rFonts w:asciiTheme="minorHAnsi" w:eastAsiaTheme="minorEastAsia" w:hAnsiTheme="minorHAnsi" w:cstheme="minorBidi"/>
          <w:color w:val="auto"/>
          <w:sz w:val="22"/>
          <w:szCs w:val="22"/>
        </w:rPr>
        <w:t xml:space="preserve"> en -meisjes! </w:t>
      </w:r>
    </w:p>
    <w:p w14:paraId="0EC5611E" w14:textId="156473FD" w:rsidR="000D4A18" w:rsidRPr="000D4A18" w:rsidRDefault="000D4A18" w:rsidP="000D4A18">
      <w:pPr>
        <w:pStyle w:val="Kop1"/>
        <w:rPr>
          <w:rFonts w:asciiTheme="minorHAnsi" w:eastAsiaTheme="minorEastAsia" w:hAnsiTheme="minorHAnsi" w:cstheme="minorBidi"/>
          <w:b w:val="0"/>
          <w:bCs w:val="0"/>
          <w:color w:val="auto"/>
          <w:sz w:val="22"/>
          <w:szCs w:val="22"/>
        </w:rPr>
      </w:pPr>
      <w:r w:rsidRPr="000D4A18">
        <w:rPr>
          <w:rFonts w:asciiTheme="minorHAnsi" w:eastAsiaTheme="minorEastAsia" w:hAnsiTheme="minorHAnsi" w:cstheme="minorBidi"/>
          <w:b w:val="0"/>
          <w:bCs w:val="0"/>
          <w:color w:val="auto"/>
          <w:sz w:val="22"/>
          <w:szCs w:val="22"/>
        </w:rPr>
        <w:t xml:space="preserve">Ons bivak nadert steeds meer. De leiding is volop bezig met de voorbereidingen en kijkt er heel erg naar uit om samen met jullie de tijd onvergetelijk te maken. Onze kampplek is gelegen in een bosrijke omgeving waar de leiding jullie de tofste activiteiten zullen aanbieden en de kookploeg hun kookkunsten toont door jullie de lekkerste gerechtjes voor te schotelen. Enkel jullie ontbreken nog om van elke dag een feest te maken! Want een </w:t>
      </w:r>
      <w:r w:rsidR="00BB68F7">
        <w:rPr>
          <w:rFonts w:asciiTheme="minorHAnsi" w:eastAsiaTheme="minorEastAsia" w:hAnsiTheme="minorHAnsi" w:cstheme="minorBidi"/>
          <w:b w:val="0"/>
          <w:bCs w:val="0"/>
          <w:color w:val="auto"/>
          <w:sz w:val="22"/>
          <w:szCs w:val="22"/>
        </w:rPr>
        <w:t>C</w:t>
      </w:r>
      <w:r w:rsidRPr="000D4A18">
        <w:rPr>
          <w:rFonts w:asciiTheme="minorHAnsi" w:eastAsiaTheme="minorEastAsia" w:hAnsiTheme="minorHAnsi" w:cstheme="minorBidi"/>
          <w:b w:val="0"/>
          <w:bCs w:val="0"/>
          <w:color w:val="auto"/>
          <w:sz w:val="22"/>
          <w:szCs w:val="22"/>
        </w:rPr>
        <w:t>hirokamp is genieten van het mooie weer, van het gezellig samenzijn, het lekkere eten en de zeven memorabele dagen om te koesteren.</w:t>
      </w:r>
    </w:p>
    <w:p w14:paraId="452B6256" w14:textId="5CCCFF4B" w:rsidR="000D4A18" w:rsidRPr="000D4A18" w:rsidRDefault="000D4A18" w:rsidP="000D4A18">
      <w:pPr>
        <w:pStyle w:val="Kop1"/>
        <w:rPr>
          <w:rFonts w:asciiTheme="minorHAnsi" w:eastAsiaTheme="minorEastAsia" w:hAnsiTheme="minorHAnsi" w:cstheme="minorBidi"/>
          <w:b w:val="0"/>
          <w:bCs w:val="0"/>
          <w:color w:val="auto"/>
          <w:sz w:val="22"/>
          <w:szCs w:val="22"/>
        </w:rPr>
      </w:pPr>
      <w:r w:rsidRPr="000D4A18">
        <w:rPr>
          <w:rFonts w:asciiTheme="minorHAnsi" w:eastAsiaTheme="minorEastAsia" w:hAnsiTheme="minorHAnsi" w:cstheme="minorBidi"/>
          <w:b w:val="0"/>
          <w:bCs w:val="0"/>
          <w:color w:val="auto"/>
          <w:sz w:val="22"/>
          <w:szCs w:val="22"/>
        </w:rPr>
        <w:t xml:space="preserve">Verder vind je hier alle praktische informatie. </w:t>
      </w:r>
      <w:r w:rsidR="004927B3" w:rsidRPr="000D4A18">
        <w:rPr>
          <w:rFonts w:asciiTheme="minorHAnsi" w:eastAsiaTheme="minorEastAsia" w:hAnsiTheme="minorHAnsi" w:cstheme="minorBidi"/>
          <w:b w:val="0"/>
          <w:bCs w:val="0"/>
          <w:color w:val="auto"/>
          <w:sz w:val="22"/>
          <w:szCs w:val="22"/>
        </w:rPr>
        <w:t>Als</w:t>
      </w:r>
      <w:r w:rsidRPr="000D4A18">
        <w:rPr>
          <w:rFonts w:asciiTheme="minorHAnsi" w:eastAsiaTheme="minorEastAsia" w:hAnsiTheme="minorHAnsi" w:cstheme="minorBidi"/>
          <w:b w:val="0"/>
          <w:bCs w:val="0"/>
          <w:color w:val="auto"/>
          <w:sz w:val="22"/>
          <w:szCs w:val="22"/>
        </w:rPr>
        <w:t xml:space="preserve"> er na het doornemen van de folder toch nog extra vragen zijn, dan kan je steeds je vraag stellen aan de leiding van jouw zoon/dochter of aan de volwassen begeleiding.</w:t>
      </w:r>
    </w:p>
    <w:p w14:paraId="08A13E95" w14:textId="77777777" w:rsidR="000D4A18" w:rsidRDefault="000D4A18">
      <w:pPr>
        <w:spacing w:after="120"/>
      </w:pPr>
    </w:p>
    <w:tbl>
      <w:tblPr>
        <w:tblStyle w:val="Tabelraster"/>
        <w:tblW w:w="0" w:type="auto"/>
        <w:tblLook w:val="04A0" w:firstRow="1" w:lastRow="0" w:firstColumn="1" w:lastColumn="0" w:noHBand="0" w:noVBand="1"/>
      </w:tblPr>
      <w:tblGrid>
        <w:gridCol w:w="2351"/>
        <w:gridCol w:w="2889"/>
        <w:gridCol w:w="1799"/>
      </w:tblGrid>
      <w:tr w:rsidR="00486E7C" w:rsidRPr="00BB68F7" w14:paraId="0D617288" w14:textId="77777777" w:rsidTr="00764A7F">
        <w:tc>
          <w:tcPr>
            <w:tcW w:w="2351" w:type="dxa"/>
          </w:tcPr>
          <w:p w14:paraId="1F9AEB59" w14:textId="341015F1" w:rsidR="00486E7C" w:rsidRPr="00BB68F7" w:rsidRDefault="00764A7F">
            <w:pPr>
              <w:spacing w:after="120"/>
              <w:rPr>
                <w:b/>
                <w:bCs/>
                <w:color w:val="FFC000"/>
                <w:sz w:val="20"/>
                <w:szCs w:val="20"/>
              </w:rPr>
            </w:pPr>
            <w:proofErr w:type="spellStart"/>
            <w:r w:rsidRPr="00764A7F">
              <w:rPr>
                <w:b/>
                <w:bCs/>
                <w:color w:val="7030A0"/>
                <w:sz w:val="20"/>
                <w:szCs w:val="20"/>
              </w:rPr>
              <w:t>Sloepie’s</w:t>
            </w:r>
            <w:proofErr w:type="spellEnd"/>
            <w:r w:rsidRPr="00764A7F">
              <w:rPr>
                <w:b/>
                <w:bCs/>
                <w:color w:val="7030A0"/>
                <w:sz w:val="20"/>
                <w:szCs w:val="20"/>
              </w:rPr>
              <w:t xml:space="preserve"> </w:t>
            </w:r>
          </w:p>
        </w:tc>
        <w:tc>
          <w:tcPr>
            <w:tcW w:w="2889" w:type="dxa"/>
          </w:tcPr>
          <w:p w14:paraId="22A2E155" w14:textId="0D7B7EB5" w:rsidR="001C7203" w:rsidRDefault="00764A7F">
            <w:pPr>
              <w:spacing w:after="120"/>
              <w:rPr>
                <w:b/>
                <w:bCs/>
                <w:sz w:val="20"/>
                <w:szCs w:val="20"/>
              </w:rPr>
            </w:pPr>
            <w:r>
              <w:rPr>
                <w:b/>
                <w:bCs/>
                <w:sz w:val="20"/>
                <w:szCs w:val="20"/>
              </w:rPr>
              <w:t>Britt Ghewy (hoofdleiding)</w:t>
            </w:r>
          </w:p>
          <w:p w14:paraId="15436E35" w14:textId="64F1C707" w:rsidR="00764A7F" w:rsidRPr="00764A7F" w:rsidRDefault="00764A7F">
            <w:pPr>
              <w:spacing w:after="120"/>
              <w:rPr>
                <w:sz w:val="20"/>
                <w:szCs w:val="20"/>
              </w:rPr>
            </w:pPr>
            <w:r w:rsidRPr="00764A7F">
              <w:rPr>
                <w:b/>
                <w:bCs/>
                <w:sz w:val="20"/>
                <w:szCs w:val="20"/>
              </w:rPr>
              <w:t xml:space="preserve">Eliza </w:t>
            </w:r>
            <w:proofErr w:type="spellStart"/>
            <w:r w:rsidRPr="00764A7F">
              <w:rPr>
                <w:b/>
                <w:bCs/>
                <w:sz w:val="20"/>
                <w:szCs w:val="20"/>
              </w:rPr>
              <w:t>Colautti</w:t>
            </w:r>
            <w:proofErr w:type="spellEnd"/>
          </w:p>
        </w:tc>
        <w:tc>
          <w:tcPr>
            <w:tcW w:w="1799" w:type="dxa"/>
          </w:tcPr>
          <w:p w14:paraId="4810D364" w14:textId="77777777" w:rsidR="00486E7C" w:rsidRDefault="00E0269D">
            <w:pPr>
              <w:spacing w:after="120"/>
              <w:rPr>
                <w:b/>
                <w:bCs/>
                <w:sz w:val="20"/>
                <w:szCs w:val="20"/>
              </w:rPr>
            </w:pPr>
            <w:r>
              <w:rPr>
                <w:b/>
                <w:bCs/>
                <w:sz w:val="20"/>
                <w:szCs w:val="20"/>
              </w:rPr>
              <w:t>0492 45 92 97</w:t>
            </w:r>
          </w:p>
          <w:p w14:paraId="56E7958F" w14:textId="0C914D5F" w:rsidR="00E0269D" w:rsidRPr="00BB68F7" w:rsidRDefault="00E0269D">
            <w:pPr>
              <w:spacing w:after="120"/>
              <w:rPr>
                <w:b/>
                <w:bCs/>
                <w:sz w:val="20"/>
                <w:szCs w:val="20"/>
              </w:rPr>
            </w:pPr>
            <w:r>
              <w:rPr>
                <w:b/>
                <w:bCs/>
                <w:sz w:val="20"/>
                <w:szCs w:val="20"/>
              </w:rPr>
              <w:t>0492 48 55 71</w:t>
            </w:r>
          </w:p>
        </w:tc>
      </w:tr>
      <w:tr w:rsidR="00764A7F" w:rsidRPr="00BB68F7" w14:paraId="12D1FA51" w14:textId="77777777" w:rsidTr="00764A7F">
        <w:tc>
          <w:tcPr>
            <w:tcW w:w="2351" w:type="dxa"/>
          </w:tcPr>
          <w:p w14:paraId="558EE893" w14:textId="28530A68" w:rsidR="00764A7F" w:rsidRPr="00BB68F7" w:rsidRDefault="00764A7F">
            <w:pPr>
              <w:spacing w:after="120"/>
              <w:rPr>
                <w:b/>
                <w:bCs/>
                <w:color w:val="FFC000"/>
                <w:sz w:val="20"/>
                <w:szCs w:val="20"/>
              </w:rPr>
            </w:pPr>
            <w:r w:rsidRPr="00BB68F7">
              <w:rPr>
                <w:b/>
                <w:bCs/>
                <w:color w:val="FFC000"/>
                <w:sz w:val="20"/>
                <w:szCs w:val="20"/>
              </w:rPr>
              <w:t>Speelclubs</w:t>
            </w:r>
          </w:p>
        </w:tc>
        <w:tc>
          <w:tcPr>
            <w:tcW w:w="2889" w:type="dxa"/>
          </w:tcPr>
          <w:p w14:paraId="4730B6B2" w14:textId="77777777" w:rsidR="00764A7F" w:rsidRDefault="00764A7F" w:rsidP="00764A7F">
            <w:pPr>
              <w:spacing w:after="120"/>
              <w:rPr>
                <w:b/>
                <w:bCs/>
                <w:sz w:val="20"/>
                <w:szCs w:val="20"/>
              </w:rPr>
            </w:pPr>
            <w:proofErr w:type="spellStart"/>
            <w:r>
              <w:rPr>
                <w:b/>
                <w:bCs/>
                <w:sz w:val="20"/>
                <w:szCs w:val="20"/>
              </w:rPr>
              <w:t>Ayra</w:t>
            </w:r>
            <w:proofErr w:type="spellEnd"/>
            <w:r>
              <w:rPr>
                <w:b/>
                <w:bCs/>
                <w:sz w:val="20"/>
                <w:szCs w:val="20"/>
              </w:rPr>
              <w:t xml:space="preserve"> </w:t>
            </w:r>
            <w:proofErr w:type="spellStart"/>
            <w:r>
              <w:rPr>
                <w:b/>
                <w:bCs/>
                <w:sz w:val="20"/>
                <w:szCs w:val="20"/>
              </w:rPr>
              <w:t>Soete</w:t>
            </w:r>
            <w:proofErr w:type="spellEnd"/>
            <w:r>
              <w:rPr>
                <w:b/>
                <w:bCs/>
                <w:sz w:val="20"/>
                <w:szCs w:val="20"/>
              </w:rPr>
              <w:t xml:space="preserve"> </w:t>
            </w:r>
          </w:p>
          <w:p w14:paraId="667D3B39" w14:textId="32DD9F42" w:rsidR="00764A7F" w:rsidRDefault="00764A7F" w:rsidP="00764A7F">
            <w:pPr>
              <w:spacing w:after="120"/>
              <w:rPr>
                <w:b/>
                <w:bCs/>
                <w:sz w:val="20"/>
                <w:szCs w:val="20"/>
              </w:rPr>
            </w:pPr>
            <w:r>
              <w:rPr>
                <w:b/>
                <w:bCs/>
                <w:sz w:val="20"/>
                <w:szCs w:val="20"/>
              </w:rPr>
              <w:t xml:space="preserve">Elena </w:t>
            </w:r>
            <w:proofErr w:type="spellStart"/>
            <w:r>
              <w:rPr>
                <w:b/>
                <w:bCs/>
                <w:sz w:val="20"/>
                <w:szCs w:val="20"/>
              </w:rPr>
              <w:t>Ragaert</w:t>
            </w:r>
            <w:proofErr w:type="spellEnd"/>
          </w:p>
        </w:tc>
        <w:tc>
          <w:tcPr>
            <w:tcW w:w="1799" w:type="dxa"/>
          </w:tcPr>
          <w:p w14:paraId="79037A63" w14:textId="77777777" w:rsidR="00764A7F" w:rsidRDefault="00B15C14">
            <w:pPr>
              <w:spacing w:after="120"/>
              <w:rPr>
                <w:b/>
                <w:bCs/>
                <w:sz w:val="20"/>
                <w:szCs w:val="20"/>
              </w:rPr>
            </w:pPr>
            <w:r>
              <w:rPr>
                <w:b/>
                <w:bCs/>
                <w:sz w:val="20"/>
                <w:szCs w:val="20"/>
              </w:rPr>
              <w:t>0499 89 05 99</w:t>
            </w:r>
          </w:p>
          <w:p w14:paraId="6D55E228" w14:textId="66B06C99" w:rsidR="00B15C14" w:rsidRPr="00BB68F7" w:rsidRDefault="00B15C14">
            <w:pPr>
              <w:spacing w:after="120"/>
              <w:rPr>
                <w:b/>
                <w:bCs/>
                <w:sz w:val="20"/>
                <w:szCs w:val="20"/>
              </w:rPr>
            </w:pPr>
            <w:r>
              <w:rPr>
                <w:b/>
                <w:bCs/>
                <w:sz w:val="20"/>
                <w:szCs w:val="20"/>
              </w:rPr>
              <w:t xml:space="preserve">0479 </w:t>
            </w:r>
            <w:r w:rsidR="003B7C87">
              <w:rPr>
                <w:b/>
                <w:bCs/>
                <w:sz w:val="20"/>
                <w:szCs w:val="20"/>
              </w:rPr>
              <w:t>08 37 03</w:t>
            </w:r>
          </w:p>
        </w:tc>
      </w:tr>
      <w:tr w:rsidR="00486E7C" w:rsidRPr="00BB68F7" w14:paraId="09F45F75" w14:textId="77777777" w:rsidTr="00764A7F">
        <w:tc>
          <w:tcPr>
            <w:tcW w:w="2351" w:type="dxa"/>
          </w:tcPr>
          <w:p w14:paraId="6E738E3D" w14:textId="1B73C87E" w:rsidR="00486E7C" w:rsidRPr="00BB68F7" w:rsidRDefault="00486E7C">
            <w:pPr>
              <w:spacing w:after="120"/>
              <w:rPr>
                <w:b/>
                <w:bCs/>
                <w:color w:val="00B050"/>
                <w:sz w:val="20"/>
                <w:szCs w:val="20"/>
              </w:rPr>
            </w:pPr>
            <w:proofErr w:type="spellStart"/>
            <w:r w:rsidRPr="00BB68F7">
              <w:rPr>
                <w:b/>
                <w:bCs/>
                <w:color w:val="00B050"/>
                <w:sz w:val="20"/>
                <w:szCs w:val="20"/>
              </w:rPr>
              <w:t>Rakwi’s</w:t>
            </w:r>
            <w:proofErr w:type="spellEnd"/>
          </w:p>
        </w:tc>
        <w:tc>
          <w:tcPr>
            <w:tcW w:w="2889" w:type="dxa"/>
          </w:tcPr>
          <w:p w14:paraId="54ABB63F" w14:textId="77777777" w:rsidR="00486E7C" w:rsidRDefault="00CF2F39">
            <w:pPr>
              <w:spacing w:after="120"/>
              <w:rPr>
                <w:b/>
                <w:bCs/>
                <w:sz w:val="20"/>
                <w:szCs w:val="20"/>
              </w:rPr>
            </w:pPr>
            <w:proofErr w:type="spellStart"/>
            <w:r>
              <w:rPr>
                <w:b/>
                <w:bCs/>
                <w:sz w:val="20"/>
                <w:szCs w:val="20"/>
              </w:rPr>
              <w:t>Florentijn</w:t>
            </w:r>
            <w:proofErr w:type="spellEnd"/>
            <w:r>
              <w:rPr>
                <w:b/>
                <w:bCs/>
                <w:sz w:val="20"/>
                <w:szCs w:val="20"/>
              </w:rPr>
              <w:t xml:space="preserve"> Wyns</w:t>
            </w:r>
          </w:p>
          <w:p w14:paraId="6224BB43" w14:textId="067F4E71" w:rsidR="001C7203" w:rsidRPr="00BB68F7" w:rsidRDefault="001C7203">
            <w:pPr>
              <w:spacing w:after="120"/>
              <w:rPr>
                <w:b/>
                <w:bCs/>
                <w:sz w:val="20"/>
                <w:szCs w:val="20"/>
              </w:rPr>
            </w:pPr>
            <w:r>
              <w:rPr>
                <w:b/>
                <w:bCs/>
                <w:sz w:val="20"/>
                <w:szCs w:val="20"/>
              </w:rPr>
              <w:t>Rune</w:t>
            </w:r>
            <w:r w:rsidR="001B3A1C">
              <w:rPr>
                <w:b/>
                <w:bCs/>
                <w:sz w:val="20"/>
                <w:szCs w:val="20"/>
              </w:rPr>
              <w:t xml:space="preserve"> </w:t>
            </w:r>
            <w:proofErr w:type="spellStart"/>
            <w:r w:rsidR="001E7449">
              <w:rPr>
                <w:b/>
                <w:bCs/>
                <w:sz w:val="20"/>
                <w:szCs w:val="20"/>
              </w:rPr>
              <w:t>Verpoorte</w:t>
            </w:r>
            <w:proofErr w:type="spellEnd"/>
          </w:p>
        </w:tc>
        <w:tc>
          <w:tcPr>
            <w:tcW w:w="1799" w:type="dxa"/>
          </w:tcPr>
          <w:p w14:paraId="75E430DD" w14:textId="77777777" w:rsidR="00486E7C" w:rsidRDefault="00BB68F7">
            <w:pPr>
              <w:spacing w:after="120"/>
              <w:rPr>
                <w:b/>
                <w:bCs/>
                <w:sz w:val="20"/>
                <w:szCs w:val="20"/>
              </w:rPr>
            </w:pPr>
            <w:r w:rsidRPr="00BB68F7">
              <w:rPr>
                <w:b/>
                <w:bCs/>
                <w:sz w:val="20"/>
                <w:szCs w:val="20"/>
              </w:rPr>
              <w:t>04</w:t>
            </w:r>
            <w:r w:rsidR="003B7C87">
              <w:rPr>
                <w:b/>
                <w:bCs/>
                <w:sz w:val="20"/>
                <w:szCs w:val="20"/>
              </w:rPr>
              <w:t>76 03 28 92</w:t>
            </w:r>
          </w:p>
          <w:p w14:paraId="3630D1FB" w14:textId="0A3E276F" w:rsidR="003B7C87" w:rsidRPr="00BB68F7" w:rsidRDefault="00E410F6">
            <w:pPr>
              <w:spacing w:after="120"/>
              <w:rPr>
                <w:b/>
                <w:bCs/>
                <w:sz w:val="20"/>
                <w:szCs w:val="20"/>
              </w:rPr>
            </w:pPr>
            <w:r>
              <w:rPr>
                <w:b/>
                <w:bCs/>
                <w:sz w:val="20"/>
                <w:szCs w:val="20"/>
              </w:rPr>
              <w:t>0477 19 31 17</w:t>
            </w:r>
          </w:p>
        </w:tc>
      </w:tr>
      <w:tr w:rsidR="00486E7C" w:rsidRPr="00BB68F7" w14:paraId="14851017" w14:textId="77777777" w:rsidTr="00764A7F">
        <w:tc>
          <w:tcPr>
            <w:tcW w:w="2351" w:type="dxa"/>
          </w:tcPr>
          <w:p w14:paraId="7EFEB3BD" w14:textId="25A9135D" w:rsidR="00486E7C" w:rsidRPr="00BB68F7" w:rsidRDefault="00BB68F7">
            <w:pPr>
              <w:spacing w:after="120"/>
              <w:rPr>
                <w:b/>
                <w:bCs/>
                <w:color w:val="FF0000"/>
                <w:sz w:val="20"/>
                <w:szCs w:val="20"/>
              </w:rPr>
            </w:pPr>
            <w:proofErr w:type="spellStart"/>
            <w:r w:rsidRPr="00BB68F7">
              <w:rPr>
                <w:b/>
                <w:bCs/>
                <w:color w:val="FF0000"/>
                <w:sz w:val="20"/>
                <w:szCs w:val="20"/>
              </w:rPr>
              <w:t>Tito’s</w:t>
            </w:r>
            <w:proofErr w:type="spellEnd"/>
            <w:r w:rsidRPr="00BB68F7">
              <w:rPr>
                <w:b/>
                <w:bCs/>
                <w:color w:val="FF0000"/>
                <w:sz w:val="20"/>
                <w:szCs w:val="20"/>
              </w:rPr>
              <w:t xml:space="preserve"> </w:t>
            </w:r>
          </w:p>
        </w:tc>
        <w:tc>
          <w:tcPr>
            <w:tcW w:w="2889" w:type="dxa"/>
          </w:tcPr>
          <w:p w14:paraId="0C424842" w14:textId="159D1361" w:rsidR="00BB68F7" w:rsidRPr="00BB68F7" w:rsidRDefault="00CF2F39">
            <w:pPr>
              <w:spacing w:after="120"/>
              <w:rPr>
                <w:b/>
                <w:bCs/>
                <w:sz w:val="20"/>
                <w:szCs w:val="20"/>
              </w:rPr>
            </w:pPr>
            <w:r>
              <w:rPr>
                <w:b/>
                <w:bCs/>
                <w:sz w:val="20"/>
                <w:szCs w:val="20"/>
              </w:rPr>
              <w:t xml:space="preserve">Milena </w:t>
            </w:r>
            <w:proofErr w:type="spellStart"/>
            <w:r>
              <w:rPr>
                <w:b/>
                <w:bCs/>
                <w:sz w:val="20"/>
                <w:szCs w:val="20"/>
              </w:rPr>
              <w:t>Sahakyan</w:t>
            </w:r>
            <w:proofErr w:type="spellEnd"/>
          </w:p>
        </w:tc>
        <w:tc>
          <w:tcPr>
            <w:tcW w:w="1799" w:type="dxa"/>
          </w:tcPr>
          <w:p w14:paraId="65DAC359" w14:textId="64BD5226" w:rsidR="00486E7C" w:rsidRPr="00BB68F7" w:rsidRDefault="00E410F6">
            <w:pPr>
              <w:spacing w:after="120"/>
              <w:rPr>
                <w:b/>
                <w:bCs/>
                <w:sz w:val="20"/>
                <w:szCs w:val="20"/>
              </w:rPr>
            </w:pPr>
            <w:r>
              <w:rPr>
                <w:b/>
                <w:bCs/>
                <w:sz w:val="20"/>
                <w:szCs w:val="20"/>
              </w:rPr>
              <w:t>0487 43 30 42</w:t>
            </w:r>
          </w:p>
        </w:tc>
      </w:tr>
      <w:tr w:rsidR="00486E7C" w:rsidRPr="00BB68F7" w14:paraId="393C390A" w14:textId="77777777" w:rsidTr="00764A7F">
        <w:tc>
          <w:tcPr>
            <w:tcW w:w="2351" w:type="dxa"/>
          </w:tcPr>
          <w:p w14:paraId="4139029B" w14:textId="015317B1" w:rsidR="00486E7C" w:rsidRPr="00BB68F7" w:rsidRDefault="00BB68F7">
            <w:pPr>
              <w:spacing w:after="120"/>
              <w:rPr>
                <w:b/>
                <w:bCs/>
                <w:sz w:val="20"/>
                <w:szCs w:val="20"/>
              </w:rPr>
            </w:pPr>
            <w:proofErr w:type="spellStart"/>
            <w:r w:rsidRPr="00BB68F7">
              <w:rPr>
                <w:b/>
                <w:bCs/>
                <w:sz w:val="20"/>
                <w:szCs w:val="20"/>
              </w:rPr>
              <w:t>Volw</w:t>
            </w:r>
            <w:proofErr w:type="spellEnd"/>
            <w:r w:rsidRPr="00BB68F7">
              <w:rPr>
                <w:b/>
                <w:bCs/>
                <w:sz w:val="20"/>
                <w:szCs w:val="20"/>
              </w:rPr>
              <w:t>. begeleid</w:t>
            </w:r>
            <w:r w:rsidR="009035DE">
              <w:rPr>
                <w:b/>
                <w:bCs/>
                <w:sz w:val="20"/>
                <w:szCs w:val="20"/>
              </w:rPr>
              <w:t>er</w:t>
            </w:r>
          </w:p>
        </w:tc>
        <w:tc>
          <w:tcPr>
            <w:tcW w:w="2889" w:type="dxa"/>
          </w:tcPr>
          <w:p w14:paraId="4325CDEC" w14:textId="0AE8A1C6" w:rsidR="00486E7C" w:rsidRPr="00BB68F7" w:rsidRDefault="00D43F29">
            <w:pPr>
              <w:spacing w:after="120"/>
              <w:rPr>
                <w:b/>
                <w:bCs/>
                <w:sz w:val="20"/>
                <w:szCs w:val="20"/>
              </w:rPr>
            </w:pPr>
            <w:r>
              <w:rPr>
                <w:b/>
                <w:bCs/>
                <w:sz w:val="20"/>
                <w:szCs w:val="20"/>
              </w:rPr>
              <w:t>Cleme</w:t>
            </w:r>
            <w:r w:rsidR="00357241">
              <w:rPr>
                <w:b/>
                <w:bCs/>
                <w:sz w:val="20"/>
                <w:szCs w:val="20"/>
              </w:rPr>
              <w:t>n</w:t>
            </w:r>
            <w:r>
              <w:rPr>
                <w:b/>
                <w:bCs/>
                <w:sz w:val="20"/>
                <w:szCs w:val="20"/>
              </w:rPr>
              <w:t xml:space="preserve">tine </w:t>
            </w:r>
            <w:proofErr w:type="spellStart"/>
            <w:r>
              <w:rPr>
                <w:b/>
                <w:bCs/>
                <w:sz w:val="20"/>
                <w:szCs w:val="20"/>
              </w:rPr>
              <w:t>Haelvoet</w:t>
            </w:r>
            <w:proofErr w:type="spellEnd"/>
            <w:r>
              <w:rPr>
                <w:b/>
                <w:bCs/>
                <w:sz w:val="20"/>
                <w:szCs w:val="20"/>
              </w:rPr>
              <w:t xml:space="preserve"> </w:t>
            </w:r>
          </w:p>
        </w:tc>
        <w:tc>
          <w:tcPr>
            <w:tcW w:w="1799" w:type="dxa"/>
          </w:tcPr>
          <w:p w14:paraId="1C59B9DE" w14:textId="597C26C8" w:rsidR="00486E7C" w:rsidRPr="00BB68F7" w:rsidRDefault="00357241">
            <w:pPr>
              <w:spacing w:after="120"/>
              <w:rPr>
                <w:b/>
                <w:bCs/>
                <w:sz w:val="20"/>
                <w:szCs w:val="20"/>
              </w:rPr>
            </w:pPr>
            <w:r>
              <w:rPr>
                <w:b/>
                <w:bCs/>
                <w:sz w:val="20"/>
                <w:szCs w:val="20"/>
              </w:rPr>
              <w:t>0476 09 96 28</w:t>
            </w:r>
          </w:p>
        </w:tc>
      </w:tr>
    </w:tbl>
    <w:p w14:paraId="6B87BBA4" w14:textId="77777777" w:rsidR="00486E7C" w:rsidRDefault="00486E7C">
      <w:pPr>
        <w:spacing w:after="120"/>
      </w:pPr>
    </w:p>
    <w:p w14:paraId="07313715" w14:textId="77777777" w:rsidR="006A4474" w:rsidRPr="006A4474" w:rsidRDefault="006A4474" w:rsidP="00C054EC">
      <w:pPr>
        <w:spacing w:line="160" w:lineRule="exact"/>
      </w:pPr>
    </w:p>
    <w:p w14:paraId="19AA0413" w14:textId="77777777" w:rsidR="00431BD9" w:rsidRDefault="00431BD9">
      <w:pPr>
        <w:pStyle w:val="Kop1"/>
        <w:rPr>
          <w:color w:val="CC0000"/>
        </w:rPr>
      </w:pPr>
    </w:p>
    <w:p w14:paraId="6645178C" w14:textId="77777777" w:rsidR="00431BD9" w:rsidRDefault="00431BD9">
      <w:pPr>
        <w:pStyle w:val="Kop1"/>
        <w:rPr>
          <w:color w:val="CC0000"/>
        </w:rPr>
      </w:pPr>
    </w:p>
    <w:p w14:paraId="74432AC4" w14:textId="77777777" w:rsidR="00431BD9" w:rsidRDefault="00431BD9">
      <w:pPr>
        <w:pStyle w:val="Kop1"/>
        <w:rPr>
          <w:color w:val="CC0000"/>
        </w:rPr>
      </w:pPr>
    </w:p>
    <w:p w14:paraId="74035672" w14:textId="77777777" w:rsidR="00431BD9" w:rsidRDefault="00431BD9">
      <w:pPr>
        <w:pStyle w:val="Kop1"/>
        <w:rPr>
          <w:color w:val="CC0000"/>
        </w:rPr>
      </w:pPr>
    </w:p>
    <w:p w14:paraId="21331E42" w14:textId="77777777" w:rsidR="00431BD9" w:rsidRDefault="00431BD9">
      <w:pPr>
        <w:pStyle w:val="Kop1"/>
        <w:rPr>
          <w:color w:val="CC0000"/>
        </w:rPr>
      </w:pPr>
    </w:p>
    <w:p w14:paraId="7D75B7C4" w14:textId="77777777" w:rsidR="00431BD9" w:rsidRDefault="00431BD9">
      <w:pPr>
        <w:pStyle w:val="Kop1"/>
        <w:rPr>
          <w:color w:val="CC0000"/>
        </w:rPr>
      </w:pPr>
    </w:p>
    <w:p w14:paraId="34FA86C6" w14:textId="77777777" w:rsidR="00431BD9" w:rsidRDefault="00431BD9">
      <w:pPr>
        <w:pStyle w:val="Kop1"/>
        <w:rPr>
          <w:color w:val="CC0000"/>
        </w:rPr>
      </w:pPr>
    </w:p>
    <w:p w14:paraId="51497ABF" w14:textId="77777777" w:rsidR="00431BD9" w:rsidRDefault="00431BD9">
      <w:pPr>
        <w:pStyle w:val="Kop1"/>
        <w:rPr>
          <w:color w:val="CC0000"/>
        </w:rPr>
      </w:pPr>
    </w:p>
    <w:p w14:paraId="39609BEC" w14:textId="77777777" w:rsidR="00431BD9" w:rsidRDefault="00431BD9">
      <w:pPr>
        <w:pStyle w:val="Kop1"/>
        <w:rPr>
          <w:color w:val="CC0000"/>
        </w:rPr>
      </w:pPr>
    </w:p>
    <w:p w14:paraId="28FC9CDC" w14:textId="77777777" w:rsidR="00431BD9" w:rsidRDefault="00431BD9">
      <w:pPr>
        <w:pStyle w:val="Kop1"/>
        <w:rPr>
          <w:color w:val="CC0000"/>
        </w:rPr>
      </w:pPr>
    </w:p>
    <w:p w14:paraId="567A747D" w14:textId="77777777" w:rsidR="00431BD9" w:rsidRDefault="00431BD9">
      <w:pPr>
        <w:pStyle w:val="Kop1"/>
        <w:rPr>
          <w:color w:val="CC0000"/>
        </w:rPr>
      </w:pPr>
    </w:p>
    <w:p w14:paraId="73374197" w14:textId="77777777" w:rsidR="00431BD9" w:rsidRPr="00431BD9" w:rsidRDefault="00431BD9" w:rsidP="00431BD9"/>
    <w:p w14:paraId="239DB9EF" w14:textId="32D3C7F0" w:rsidR="00CC2657" w:rsidRPr="00162F8E" w:rsidRDefault="00000000">
      <w:pPr>
        <w:pStyle w:val="Kop1"/>
        <w:rPr>
          <w:color w:val="CC0000"/>
        </w:rPr>
      </w:pPr>
      <w:r w:rsidRPr="00162F8E">
        <w:rPr>
          <w:color w:val="CC0000"/>
        </w:rPr>
        <w:lastRenderedPageBreak/>
        <w:t>Bagagelijst</w:t>
      </w:r>
    </w:p>
    <w:p w14:paraId="74F2CD74" w14:textId="57ABAF13" w:rsidR="00CC2657" w:rsidRPr="00486E7C" w:rsidRDefault="00000000">
      <w:pPr>
        <w:spacing w:after="120"/>
      </w:pPr>
      <w:r w:rsidRPr="00486E7C">
        <w:t>Gelieve alles goed te labelen met naam</w:t>
      </w:r>
      <w:r w:rsidR="005C4229">
        <w:t>, vooral Chiro uniform</w:t>
      </w:r>
      <w:r w:rsidRPr="00486E7C">
        <w:t>!</w:t>
      </w:r>
    </w:p>
    <w:p w14:paraId="21C0CDDC" w14:textId="36BEA681" w:rsidR="00CC2657" w:rsidRPr="00486E7C" w:rsidRDefault="00000000">
      <w:pPr>
        <w:pStyle w:val="Lijstopsomteken"/>
      </w:pPr>
      <w:r w:rsidRPr="00486E7C">
        <w:t xml:space="preserve">☐ </w:t>
      </w:r>
      <w:r w:rsidR="00D35A43">
        <w:t>Chiro uniform (naam opschrijven</w:t>
      </w:r>
      <w:r w:rsidR="006F26D1">
        <w:t xml:space="preserve"> en aan </w:t>
      </w:r>
      <w:r w:rsidR="0086718B">
        <w:t>bij het</w:t>
      </w:r>
      <w:r w:rsidR="006F26D1">
        <w:t xml:space="preserve"> vertrek</w:t>
      </w:r>
      <w:r w:rsidR="00D35A43">
        <w:t>)</w:t>
      </w:r>
    </w:p>
    <w:p w14:paraId="7CA627FE" w14:textId="725FFD8B" w:rsidR="00CC2657" w:rsidRPr="00486E7C" w:rsidRDefault="00000000">
      <w:pPr>
        <w:pStyle w:val="Lijstopsomteken"/>
      </w:pPr>
      <w:r w:rsidRPr="00486E7C">
        <w:t xml:space="preserve">☐ </w:t>
      </w:r>
      <w:r w:rsidR="00D35A43">
        <w:t>Voldoende speelkledij (ook warme kledij)</w:t>
      </w:r>
    </w:p>
    <w:p w14:paraId="0D592886" w14:textId="3E0F774B" w:rsidR="00CC2657" w:rsidRDefault="00000000">
      <w:pPr>
        <w:pStyle w:val="Lijstopsomteken"/>
      </w:pPr>
      <w:r w:rsidRPr="00486E7C">
        <w:t xml:space="preserve">☐ </w:t>
      </w:r>
      <w:r w:rsidR="00D35A43">
        <w:t>Voldoende onderbroeken en kousen (wat extra meenemen)</w:t>
      </w:r>
    </w:p>
    <w:p w14:paraId="2874D473" w14:textId="1666072C" w:rsidR="00D35A43" w:rsidRPr="00486E7C" w:rsidRDefault="00D35A43">
      <w:pPr>
        <w:pStyle w:val="Lijstopsomteken"/>
      </w:pPr>
      <w:r w:rsidRPr="00486E7C">
        <w:rPr>
          <w:rFonts w:ascii="Segoe UI Symbol" w:hAnsi="Segoe UI Symbol" w:cs="Segoe UI Symbol"/>
        </w:rPr>
        <w:t>☐</w:t>
      </w:r>
      <w:r>
        <w:rPr>
          <w:rFonts w:ascii="Segoe UI Symbol" w:hAnsi="Segoe UI Symbol" w:cs="Segoe UI Symbol"/>
        </w:rPr>
        <w:t xml:space="preserve"> </w:t>
      </w:r>
      <w:r w:rsidRPr="00D35A43">
        <w:t>Mooi setje kleding voor de laatste avond</w:t>
      </w:r>
      <w:r>
        <w:rPr>
          <w:rFonts w:ascii="Segoe UI Symbol" w:hAnsi="Segoe UI Symbol" w:cs="Segoe UI Symbol"/>
        </w:rPr>
        <w:t xml:space="preserve"> </w:t>
      </w:r>
    </w:p>
    <w:p w14:paraId="307449DD" w14:textId="1EC28536" w:rsidR="00CC2657" w:rsidRPr="00486E7C" w:rsidRDefault="00000000">
      <w:pPr>
        <w:pStyle w:val="Lijstopsomteken"/>
      </w:pPr>
      <w:r w:rsidRPr="00486E7C">
        <w:t xml:space="preserve">☐ </w:t>
      </w:r>
      <w:r w:rsidR="00D35A43">
        <w:t>1 setje kleding dat héél erg vuil mag worden</w:t>
      </w:r>
    </w:p>
    <w:p w14:paraId="78426B10" w14:textId="66F8EF8C" w:rsidR="00CC2657" w:rsidRPr="00486E7C" w:rsidRDefault="00000000">
      <w:pPr>
        <w:pStyle w:val="Lijstopsomteken"/>
      </w:pPr>
      <w:r w:rsidRPr="00486E7C">
        <w:t xml:space="preserve">☐ </w:t>
      </w:r>
      <w:r w:rsidR="00D35A43">
        <w:t xml:space="preserve">Pyjama </w:t>
      </w:r>
    </w:p>
    <w:p w14:paraId="02FFBB6E" w14:textId="3E45EDE0" w:rsidR="00CC2657" w:rsidRPr="00486E7C" w:rsidRDefault="00000000">
      <w:pPr>
        <w:pStyle w:val="Lijstopsomteken"/>
      </w:pPr>
      <w:r w:rsidRPr="00486E7C">
        <w:t xml:space="preserve">☐ </w:t>
      </w:r>
      <w:r w:rsidR="00D35A43">
        <w:t>Zwemkledij en handdoek</w:t>
      </w:r>
    </w:p>
    <w:p w14:paraId="27C60C3B" w14:textId="632ABE51" w:rsidR="00CC2657" w:rsidRPr="00486E7C" w:rsidRDefault="00000000">
      <w:pPr>
        <w:pStyle w:val="Lijstopsomteken"/>
      </w:pPr>
      <w:r w:rsidRPr="00486E7C">
        <w:t xml:space="preserve">☐ </w:t>
      </w:r>
      <w:r w:rsidR="00D35A43">
        <w:t xml:space="preserve">Regenjas </w:t>
      </w:r>
    </w:p>
    <w:p w14:paraId="73CFFFC9" w14:textId="71BFBA25" w:rsidR="00CC2657" w:rsidRDefault="00000000">
      <w:pPr>
        <w:pStyle w:val="Lijstopsomteken"/>
      </w:pPr>
      <w:r w:rsidRPr="00486E7C">
        <w:t xml:space="preserve">☐ </w:t>
      </w:r>
      <w:r w:rsidR="00D35A43">
        <w:t xml:space="preserve">Stevige schoenen + extra paar schoenen </w:t>
      </w:r>
    </w:p>
    <w:p w14:paraId="15164049" w14:textId="14BD533C" w:rsidR="00D35A43" w:rsidRPr="00552966" w:rsidRDefault="00D35A43">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Slippers/pantoffels</w:t>
      </w:r>
      <w:r>
        <w:rPr>
          <w:rFonts w:ascii="Segoe UI Symbol" w:hAnsi="Segoe UI Symbol" w:cs="Segoe UI Symbol"/>
        </w:rPr>
        <w:t xml:space="preserve"> </w:t>
      </w:r>
    </w:p>
    <w:p w14:paraId="20D4F88A" w14:textId="0C5EB8E2" w:rsidR="00552966" w:rsidRPr="00486E7C" w:rsidRDefault="00552966">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Pet/hoedje</w:t>
      </w:r>
    </w:p>
    <w:p w14:paraId="79A425A0" w14:textId="25D8CFCB" w:rsidR="005C4229" w:rsidRDefault="00000000" w:rsidP="005C4229">
      <w:pPr>
        <w:pStyle w:val="Lijstopsomteken"/>
      </w:pPr>
      <w:r w:rsidRPr="00486E7C">
        <w:t>☐ Verkleedgerief (</w:t>
      </w:r>
      <w:r w:rsidR="00766D08">
        <w:t>e</w:t>
      </w:r>
      <w:r w:rsidR="007A672F">
        <w:t>igen l</w:t>
      </w:r>
      <w:r w:rsidR="005F591D">
        <w:t>eiding laat iets weten</w:t>
      </w:r>
      <w:r w:rsidRPr="00486E7C">
        <w:t>)</w:t>
      </w:r>
    </w:p>
    <w:p w14:paraId="38E1BBAE" w14:textId="5CFA8CF4" w:rsidR="00D35A43" w:rsidRPr="00D35A43" w:rsidRDefault="00D35A43"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Slaapzak/deken, hoeslaken en kussensloop</w:t>
      </w:r>
      <w:r>
        <w:rPr>
          <w:rFonts w:ascii="Segoe UI Symbol" w:hAnsi="Segoe UI Symbol" w:cs="Segoe UI Symbol"/>
        </w:rPr>
        <w:t xml:space="preserve"> </w:t>
      </w:r>
    </w:p>
    <w:p w14:paraId="402D6AFE" w14:textId="6BD2CEAE" w:rsidR="00D35A43" w:rsidRPr="00552966" w:rsidRDefault="00D35A43"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Toiletzak (zeep, shampoo, haarborstel, tandenborstel en -pasta, bekertje en zakdoeken)</w:t>
      </w:r>
      <w:r>
        <w:rPr>
          <w:rFonts w:ascii="Segoe UI Symbol" w:hAnsi="Segoe UI Symbol" w:cs="Segoe UI Symbol"/>
        </w:rPr>
        <w:t xml:space="preserve"> </w:t>
      </w:r>
    </w:p>
    <w:p w14:paraId="0DF1CECC" w14:textId="70D48A1E" w:rsidR="00552966" w:rsidRPr="00C054EC" w:rsidRDefault="00552966"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Handdoeken en washandjes</w:t>
      </w:r>
      <w:r>
        <w:rPr>
          <w:rFonts w:ascii="Segoe UI Symbol" w:hAnsi="Segoe UI Symbol" w:cs="Segoe UI Symbol"/>
        </w:rPr>
        <w:t xml:space="preserve"> </w:t>
      </w:r>
    </w:p>
    <w:p w14:paraId="1CE9EA1C" w14:textId="1FCFD425" w:rsidR="00C054EC" w:rsidRPr="00552966" w:rsidRDefault="00C054EC"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C054EC">
        <w:t>Eventuele medicatie</w:t>
      </w:r>
      <w:r>
        <w:rPr>
          <w:rFonts w:ascii="Segoe UI Symbol" w:hAnsi="Segoe UI Symbol" w:cs="Segoe UI Symbol"/>
        </w:rPr>
        <w:t xml:space="preserve"> </w:t>
      </w:r>
    </w:p>
    <w:p w14:paraId="7C33328A" w14:textId="083B06F2" w:rsidR="00552966" w:rsidRDefault="00552966"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 xml:space="preserve">Zonnecrème </w:t>
      </w:r>
    </w:p>
    <w:p w14:paraId="2BEC0508" w14:textId="61970374" w:rsidR="00552966" w:rsidRPr="00552966" w:rsidRDefault="00552966"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Spray tegen insecten</w:t>
      </w:r>
      <w:r>
        <w:rPr>
          <w:rFonts w:ascii="Segoe UI Symbol" w:hAnsi="Segoe UI Symbol" w:cs="Segoe UI Symbol"/>
        </w:rPr>
        <w:t xml:space="preserve"> </w:t>
      </w:r>
    </w:p>
    <w:p w14:paraId="645F01E2" w14:textId="351F681F" w:rsidR="00552966" w:rsidRDefault="00552966"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3 keukenhanddoeken</w:t>
      </w:r>
    </w:p>
    <w:p w14:paraId="5F941DE6" w14:textId="2AD60CD9" w:rsidR="00552966" w:rsidRDefault="00552966" w:rsidP="005C4229">
      <w:pPr>
        <w:pStyle w:val="Lijstopsomteken"/>
      </w:pPr>
      <w:r w:rsidRPr="00486E7C">
        <w:rPr>
          <w:rFonts w:ascii="Segoe UI Symbol" w:hAnsi="Segoe UI Symbol" w:cs="Segoe UI Symbol"/>
        </w:rPr>
        <w:t>☐</w:t>
      </w:r>
      <w:r>
        <w:rPr>
          <w:rFonts w:ascii="Segoe UI Symbol" w:hAnsi="Segoe UI Symbol" w:cs="Segoe UI Symbol"/>
        </w:rPr>
        <w:t xml:space="preserve"> </w:t>
      </w:r>
      <w:r w:rsidRPr="00552966">
        <w:t xml:space="preserve">Patattenmesje/dunschiller (enkel voor </w:t>
      </w:r>
      <w:proofErr w:type="spellStart"/>
      <w:r w:rsidRPr="00552966">
        <w:t>rakwi</w:t>
      </w:r>
      <w:proofErr w:type="spellEnd"/>
      <w:r w:rsidRPr="00552966">
        <w:t>/</w:t>
      </w:r>
      <w:proofErr w:type="spellStart"/>
      <w:r w:rsidRPr="00552966">
        <w:t>tito</w:t>
      </w:r>
      <w:proofErr w:type="spellEnd"/>
      <w:r w:rsidRPr="00552966">
        <w:t>)</w:t>
      </w:r>
    </w:p>
    <w:p w14:paraId="6BE0DB6F" w14:textId="10FE5812" w:rsidR="00552966" w:rsidRPr="00552966" w:rsidRDefault="00552966" w:rsidP="005C4229">
      <w:pPr>
        <w:pStyle w:val="Lijstopsomteken"/>
      </w:pPr>
      <w:r w:rsidRPr="00C054EC">
        <w:rPr>
          <w:rFonts w:ascii="Segoe UI Symbol" w:hAnsi="Segoe UI Symbol" w:cs="Segoe UI Symbol"/>
        </w:rPr>
        <w:t>☐</w:t>
      </w:r>
      <w:r w:rsidRPr="00C054EC">
        <w:t xml:space="preserve"> Zaklamp </w:t>
      </w:r>
    </w:p>
    <w:p w14:paraId="0EDDFB11" w14:textId="33AB5FF2" w:rsidR="00552966" w:rsidRPr="00552966" w:rsidRDefault="00552966" w:rsidP="005C4229">
      <w:pPr>
        <w:pStyle w:val="Lijstopsomteken"/>
      </w:pPr>
      <w:r w:rsidRPr="00C054EC">
        <w:rPr>
          <w:rFonts w:ascii="Segoe UI Symbol" w:hAnsi="Segoe UI Symbol" w:cs="Segoe UI Symbol"/>
        </w:rPr>
        <w:t>☐</w:t>
      </w:r>
      <w:r w:rsidRPr="00C054EC">
        <w:t xml:space="preserve"> Goede rugzak en grote drinkfles </w:t>
      </w:r>
      <w:r w:rsidR="006F26D1">
        <w:t>(mee bij</w:t>
      </w:r>
      <w:r w:rsidR="0086718B">
        <w:t xml:space="preserve"> het</w:t>
      </w:r>
      <w:r w:rsidR="006F26D1">
        <w:t xml:space="preserve"> vertrek)</w:t>
      </w:r>
    </w:p>
    <w:p w14:paraId="19519795" w14:textId="5564F428" w:rsidR="00552966" w:rsidRPr="00552966" w:rsidRDefault="00552966" w:rsidP="005C4229">
      <w:pPr>
        <w:pStyle w:val="Lijstopsomteken"/>
      </w:pPr>
      <w:r w:rsidRPr="00C054EC">
        <w:rPr>
          <w:rFonts w:ascii="Segoe UI Symbol" w:hAnsi="Segoe UI Symbol" w:cs="Segoe UI Symbol"/>
        </w:rPr>
        <w:t>☐</w:t>
      </w:r>
      <w:r w:rsidRPr="00C054EC">
        <w:t xml:space="preserve"> Strips/boekjes voor tijdens de platte rust</w:t>
      </w:r>
    </w:p>
    <w:p w14:paraId="42C17108" w14:textId="43C70275" w:rsidR="00552966" w:rsidRPr="00552966" w:rsidRDefault="00552966" w:rsidP="005C4229">
      <w:pPr>
        <w:pStyle w:val="Lijstopsomteken"/>
      </w:pPr>
      <w:r w:rsidRPr="00C054EC">
        <w:rPr>
          <w:rFonts w:ascii="Segoe UI Symbol" w:hAnsi="Segoe UI Symbol" w:cs="Segoe UI Symbol"/>
        </w:rPr>
        <w:t>☐</w:t>
      </w:r>
      <w:r w:rsidRPr="00C054EC">
        <w:t xml:space="preserve"> Kleinigheid snoep voor tijdens de platte rust </w:t>
      </w:r>
    </w:p>
    <w:p w14:paraId="1BAA5772" w14:textId="76438242" w:rsidR="00552966" w:rsidRPr="00552966" w:rsidRDefault="00552966" w:rsidP="005C4229">
      <w:pPr>
        <w:pStyle w:val="Lijstopsomteken"/>
      </w:pPr>
      <w:r w:rsidRPr="00C054EC">
        <w:rPr>
          <w:rFonts w:ascii="Segoe UI Symbol" w:hAnsi="Segoe UI Symbol" w:cs="Segoe UI Symbol"/>
        </w:rPr>
        <w:t>☐</w:t>
      </w:r>
      <w:r w:rsidRPr="00C054EC">
        <w:t xml:space="preserve"> Klein beetje zakgeld (per kaartje is het €1, per prior postzegel is het €1,80 en ev</w:t>
      </w:r>
      <w:r w:rsidR="00C054EC">
        <w:t>en</w:t>
      </w:r>
      <w:r w:rsidRPr="00C054EC">
        <w:t>t</w:t>
      </w:r>
      <w:r w:rsidR="00C054EC">
        <w:t>ueel</w:t>
      </w:r>
      <w:r w:rsidRPr="00C054EC">
        <w:t xml:space="preserve"> op daguitstap) </w:t>
      </w:r>
    </w:p>
    <w:p w14:paraId="5829065B" w14:textId="72AB9E3E" w:rsidR="00552966" w:rsidRPr="00C054EC" w:rsidRDefault="00552966" w:rsidP="005C4229">
      <w:pPr>
        <w:pStyle w:val="Lijstopsomteken"/>
      </w:pPr>
      <w:r w:rsidRPr="00C054EC">
        <w:rPr>
          <w:rFonts w:ascii="Segoe UI Symbol" w:hAnsi="Segoe UI Symbol" w:cs="Segoe UI Symbol"/>
        </w:rPr>
        <w:t>☐</w:t>
      </w:r>
      <w:r w:rsidRPr="00C054EC">
        <w:t xml:space="preserve"> Enveloppen (liefst al met adressen op) </w:t>
      </w:r>
    </w:p>
    <w:p w14:paraId="0949F75C" w14:textId="348F1C12" w:rsidR="00C054EC" w:rsidRDefault="00C054EC" w:rsidP="005C4229">
      <w:pPr>
        <w:pStyle w:val="Lijstopsomteken"/>
      </w:pPr>
      <w:r w:rsidRPr="00C054EC">
        <w:rPr>
          <w:rFonts w:ascii="Segoe UI Symbol" w:hAnsi="Segoe UI Symbol" w:cs="Segoe UI Symbol"/>
        </w:rPr>
        <w:t>☐</w:t>
      </w:r>
      <w:r w:rsidRPr="00C054EC">
        <w:t xml:space="preserve"> !!!Kids-ID, identiteitskaart!!! (afgeven aan leiding bij vertrek)</w:t>
      </w:r>
      <w:r w:rsidR="00740F09">
        <w:t xml:space="preserve">                                                                                       </w:t>
      </w:r>
    </w:p>
    <w:p w14:paraId="1D25AAE4" w14:textId="2A6E8EE9" w:rsidR="00CC2657" w:rsidRDefault="00000000">
      <w:pPr>
        <w:pStyle w:val="Kop1"/>
        <w:rPr>
          <w:color w:val="CC0000"/>
        </w:rPr>
      </w:pPr>
      <w:r w:rsidRPr="00162F8E">
        <w:rPr>
          <w:color w:val="CC0000"/>
        </w:rPr>
        <w:t>Dagindeling</w:t>
      </w:r>
      <w:r w:rsidR="004962FD">
        <w:rPr>
          <w:color w:val="CC0000"/>
        </w:rPr>
        <w:t xml:space="preserve"> en </w:t>
      </w:r>
      <w:r w:rsidR="00EF105F">
        <w:rPr>
          <w:color w:val="CC0000"/>
        </w:rPr>
        <w:t>activiteiten</w:t>
      </w:r>
      <w:r w:rsidR="004962FD">
        <w:rPr>
          <w:color w:val="CC0000"/>
        </w:rPr>
        <w:t xml:space="preserve"> </w:t>
      </w:r>
    </w:p>
    <w:tbl>
      <w:tblPr>
        <w:tblStyle w:val="Tabelraster"/>
        <w:tblW w:w="0" w:type="auto"/>
        <w:tblLook w:val="04A0" w:firstRow="1" w:lastRow="0" w:firstColumn="1" w:lastColumn="0" w:noHBand="0" w:noVBand="1"/>
      </w:tblPr>
      <w:tblGrid>
        <w:gridCol w:w="955"/>
        <w:gridCol w:w="6084"/>
      </w:tblGrid>
      <w:tr w:rsidR="00C054EC" w14:paraId="6881ECD5" w14:textId="77777777" w:rsidTr="00615EC0">
        <w:tc>
          <w:tcPr>
            <w:tcW w:w="955" w:type="dxa"/>
          </w:tcPr>
          <w:p w14:paraId="512C9E00" w14:textId="4E386BD3" w:rsidR="00C054EC" w:rsidRPr="00453276" w:rsidRDefault="00957187" w:rsidP="00C054EC">
            <w:r w:rsidRPr="00453276">
              <w:t>7u</w:t>
            </w:r>
          </w:p>
        </w:tc>
        <w:tc>
          <w:tcPr>
            <w:tcW w:w="6084" w:type="dxa"/>
          </w:tcPr>
          <w:p w14:paraId="37B65259" w14:textId="7235C2A4" w:rsidR="00C054EC" w:rsidRPr="00453276" w:rsidRDefault="00957187" w:rsidP="00C054EC">
            <w:r w:rsidRPr="00453276">
              <w:t>De kookploeg staat op en maakt zich klaar voor de dag.</w:t>
            </w:r>
          </w:p>
        </w:tc>
      </w:tr>
      <w:tr w:rsidR="00C054EC" w14:paraId="635DBA5E" w14:textId="77777777" w:rsidTr="00615EC0">
        <w:tc>
          <w:tcPr>
            <w:tcW w:w="955" w:type="dxa"/>
          </w:tcPr>
          <w:p w14:paraId="5B6792AD" w14:textId="7E4899A1" w:rsidR="00C054EC" w:rsidRPr="00453276" w:rsidRDefault="00957187" w:rsidP="00C054EC">
            <w:r w:rsidRPr="00453276">
              <w:t>7u30</w:t>
            </w:r>
          </w:p>
        </w:tc>
        <w:tc>
          <w:tcPr>
            <w:tcW w:w="6084" w:type="dxa"/>
          </w:tcPr>
          <w:p w14:paraId="2F72D4E2" w14:textId="2F2DCC2B" w:rsidR="00C054EC" w:rsidRPr="00453276" w:rsidRDefault="00957187" w:rsidP="00C054EC">
            <w:r w:rsidRPr="00453276">
              <w:t>De leiding staat op en maakt zich klaar voor de dag.</w:t>
            </w:r>
          </w:p>
        </w:tc>
      </w:tr>
      <w:tr w:rsidR="00957187" w14:paraId="70369B0C" w14:textId="77777777" w:rsidTr="00615EC0">
        <w:tc>
          <w:tcPr>
            <w:tcW w:w="955" w:type="dxa"/>
          </w:tcPr>
          <w:p w14:paraId="1DC380F1" w14:textId="7325FD41" w:rsidR="00957187" w:rsidRPr="00453276" w:rsidRDefault="00957187" w:rsidP="00957187">
            <w:r w:rsidRPr="00453276">
              <w:t>8u</w:t>
            </w:r>
          </w:p>
        </w:tc>
        <w:tc>
          <w:tcPr>
            <w:tcW w:w="6084" w:type="dxa"/>
          </w:tcPr>
          <w:p w14:paraId="70365A64" w14:textId="577B6B13" w:rsidR="00957187" w:rsidRPr="00453276" w:rsidRDefault="00957187" w:rsidP="00957187">
            <w:r w:rsidRPr="00453276">
              <w:t>De gasten staa</w:t>
            </w:r>
            <w:r w:rsidR="00C404B1">
              <w:t>n</w:t>
            </w:r>
            <w:r w:rsidRPr="00453276">
              <w:t xml:space="preserve"> op en ma</w:t>
            </w:r>
            <w:r w:rsidR="00C404B1">
              <w:t>ken</w:t>
            </w:r>
            <w:r w:rsidRPr="00453276">
              <w:t xml:space="preserve"> zich klaar voor de dag.</w:t>
            </w:r>
          </w:p>
        </w:tc>
      </w:tr>
      <w:tr w:rsidR="00957187" w14:paraId="6CE0D5D8" w14:textId="77777777" w:rsidTr="00615EC0">
        <w:tc>
          <w:tcPr>
            <w:tcW w:w="955" w:type="dxa"/>
          </w:tcPr>
          <w:p w14:paraId="486C61C1" w14:textId="3FF5DC80" w:rsidR="00957187" w:rsidRPr="00453276" w:rsidRDefault="00957187" w:rsidP="00957187">
            <w:r w:rsidRPr="00453276">
              <w:t>8u30</w:t>
            </w:r>
          </w:p>
        </w:tc>
        <w:tc>
          <w:tcPr>
            <w:tcW w:w="6084" w:type="dxa"/>
          </w:tcPr>
          <w:p w14:paraId="00EF06B4" w14:textId="68CD43F1" w:rsidR="00957187" w:rsidRPr="00453276" w:rsidRDefault="00957187" w:rsidP="00957187">
            <w:r w:rsidRPr="00453276">
              <w:t>Ontbijt</w:t>
            </w:r>
            <w:r w:rsidR="000C5283">
              <w:t xml:space="preserve"> </w:t>
            </w:r>
          </w:p>
        </w:tc>
      </w:tr>
      <w:tr w:rsidR="00957187" w14:paraId="134D804F" w14:textId="77777777" w:rsidTr="00615EC0">
        <w:tc>
          <w:tcPr>
            <w:tcW w:w="955" w:type="dxa"/>
          </w:tcPr>
          <w:p w14:paraId="0878B0FD" w14:textId="5B69D7EC" w:rsidR="00957187" w:rsidRPr="00453276" w:rsidRDefault="00957187" w:rsidP="00957187">
            <w:r w:rsidRPr="00453276">
              <w:t>9u15</w:t>
            </w:r>
          </w:p>
        </w:tc>
        <w:tc>
          <w:tcPr>
            <w:tcW w:w="6084" w:type="dxa"/>
          </w:tcPr>
          <w:p w14:paraId="192AA01F" w14:textId="1076DB92" w:rsidR="00957187" w:rsidRPr="00453276" w:rsidRDefault="00957187" w:rsidP="00957187">
            <w:r w:rsidRPr="00453276">
              <w:t>De groepen doen hun taak</w:t>
            </w:r>
          </w:p>
        </w:tc>
      </w:tr>
      <w:tr w:rsidR="00957187" w14:paraId="5B60A17A" w14:textId="77777777" w:rsidTr="00615EC0">
        <w:tc>
          <w:tcPr>
            <w:tcW w:w="955" w:type="dxa"/>
          </w:tcPr>
          <w:p w14:paraId="2FC8EF3C" w14:textId="41DFC57C" w:rsidR="00957187" w:rsidRPr="00453276" w:rsidRDefault="00957187" w:rsidP="00957187">
            <w:r w:rsidRPr="00453276">
              <w:t>9u45</w:t>
            </w:r>
          </w:p>
        </w:tc>
        <w:tc>
          <w:tcPr>
            <w:tcW w:w="6084" w:type="dxa"/>
          </w:tcPr>
          <w:p w14:paraId="4A8E97C1" w14:textId="0F4510E4" w:rsidR="00957187" w:rsidRPr="00453276" w:rsidRDefault="00957187" w:rsidP="00957187">
            <w:r w:rsidRPr="00453276">
              <w:t>Eerste activiteit van de dag</w:t>
            </w:r>
          </w:p>
        </w:tc>
      </w:tr>
      <w:tr w:rsidR="00957187" w14:paraId="4FD0A820" w14:textId="77777777" w:rsidTr="00615EC0">
        <w:tc>
          <w:tcPr>
            <w:tcW w:w="955" w:type="dxa"/>
          </w:tcPr>
          <w:p w14:paraId="02F2C063" w14:textId="35E8EB70" w:rsidR="00957187" w:rsidRPr="00453276" w:rsidRDefault="00957187" w:rsidP="00957187">
            <w:r w:rsidRPr="00453276">
              <w:t>12u</w:t>
            </w:r>
          </w:p>
        </w:tc>
        <w:tc>
          <w:tcPr>
            <w:tcW w:w="6084" w:type="dxa"/>
          </w:tcPr>
          <w:p w14:paraId="35CB3583" w14:textId="5B5DECC5" w:rsidR="00957187" w:rsidRPr="00453276" w:rsidRDefault="00957187" w:rsidP="00957187">
            <w:r w:rsidRPr="00453276">
              <w:t>Middageten</w:t>
            </w:r>
            <w:r w:rsidR="000603BD">
              <w:t xml:space="preserve"> + afwas</w:t>
            </w:r>
          </w:p>
        </w:tc>
      </w:tr>
      <w:tr w:rsidR="00957187" w14:paraId="4C0E6F2C" w14:textId="77777777" w:rsidTr="00615EC0">
        <w:tc>
          <w:tcPr>
            <w:tcW w:w="955" w:type="dxa"/>
          </w:tcPr>
          <w:p w14:paraId="38CD2924" w14:textId="73A28702" w:rsidR="00957187" w:rsidRPr="00453276" w:rsidRDefault="00957187" w:rsidP="00957187">
            <w:r w:rsidRPr="00453276">
              <w:t>13u</w:t>
            </w:r>
          </w:p>
        </w:tc>
        <w:tc>
          <w:tcPr>
            <w:tcW w:w="6084" w:type="dxa"/>
          </w:tcPr>
          <w:p w14:paraId="31B01B27" w14:textId="43FA26A0" w:rsidR="00957187" w:rsidRPr="00453276" w:rsidRDefault="00957187" w:rsidP="00957187">
            <w:r w:rsidRPr="00453276">
              <w:t xml:space="preserve">Platte rust </w:t>
            </w:r>
          </w:p>
        </w:tc>
      </w:tr>
      <w:tr w:rsidR="00957187" w14:paraId="4103FE4C" w14:textId="77777777" w:rsidTr="00615EC0">
        <w:tc>
          <w:tcPr>
            <w:tcW w:w="955" w:type="dxa"/>
          </w:tcPr>
          <w:p w14:paraId="1E019B71" w14:textId="6D23B4A7" w:rsidR="00957187" w:rsidRPr="00453276" w:rsidRDefault="00957187" w:rsidP="00957187">
            <w:r w:rsidRPr="00453276">
              <w:t>14u</w:t>
            </w:r>
          </w:p>
        </w:tc>
        <w:tc>
          <w:tcPr>
            <w:tcW w:w="6084" w:type="dxa"/>
          </w:tcPr>
          <w:p w14:paraId="3EB50169" w14:textId="62DAA912" w:rsidR="00957187" w:rsidRPr="00453276" w:rsidRDefault="00957187" w:rsidP="00957187">
            <w:r w:rsidRPr="00453276">
              <w:t>Namiddag activiteit</w:t>
            </w:r>
          </w:p>
        </w:tc>
      </w:tr>
      <w:tr w:rsidR="00957187" w14:paraId="1FD9F81F" w14:textId="77777777" w:rsidTr="00615EC0">
        <w:tc>
          <w:tcPr>
            <w:tcW w:w="955" w:type="dxa"/>
          </w:tcPr>
          <w:p w14:paraId="6F8E8790" w14:textId="519CD1E3" w:rsidR="00957187" w:rsidRPr="00453276" w:rsidRDefault="00957187" w:rsidP="00957187">
            <w:r w:rsidRPr="00453276">
              <w:t>16u</w:t>
            </w:r>
          </w:p>
        </w:tc>
        <w:tc>
          <w:tcPr>
            <w:tcW w:w="6084" w:type="dxa"/>
          </w:tcPr>
          <w:p w14:paraId="49F38FA1" w14:textId="6B2DEA5D" w:rsidR="00957187" w:rsidRPr="00453276" w:rsidRDefault="00957187" w:rsidP="00957187">
            <w:r w:rsidRPr="00453276">
              <w:t>4-uurtje + activiteit</w:t>
            </w:r>
          </w:p>
        </w:tc>
      </w:tr>
      <w:tr w:rsidR="00957187" w14:paraId="47EC7BFA" w14:textId="77777777" w:rsidTr="00615EC0">
        <w:tc>
          <w:tcPr>
            <w:tcW w:w="955" w:type="dxa"/>
          </w:tcPr>
          <w:p w14:paraId="460A73C5" w14:textId="60D326D5" w:rsidR="00957187" w:rsidRPr="00453276" w:rsidRDefault="00957187" w:rsidP="00957187">
            <w:r w:rsidRPr="00453276">
              <w:t>18u30</w:t>
            </w:r>
          </w:p>
        </w:tc>
        <w:tc>
          <w:tcPr>
            <w:tcW w:w="6084" w:type="dxa"/>
          </w:tcPr>
          <w:p w14:paraId="1A08352B" w14:textId="72DAB557" w:rsidR="00957187" w:rsidRPr="00453276" w:rsidRDefault="00957187" w:rsidP="00957187">
            <w:r w:rsidRPr="00453276">
              <w:t>Avondeten + afwas</w:t>
            </w:r>
          </w:p>
        </w:tc>
      </w:tr>
      <w:tr w:rsidR="00957187" w14:paraId="61E56C54" w14:textId="77777777" w:rsidTr="00615EC0">
        <w:tc>
          <w:tcPr>
            <w:tcW w:w="955" w:type="dxa"/>
          </w:tcPr>
          <w:p w14:paraId="66310F80" w14:textId="15124127" w:rsidR="00957187" w:rsidRPr="00453276" w:rsidRDefault="00957187" w:rsidP="00957187">
            <w:r w:rsidRPr="00453276">
              <w:t>19u30</w:t>
            </w:r>
          </w:p>
        </w:tc>
        <w:tc>
          <w:tcPr>
            <w:tcW w:w="6084" w:type="dxa"/>
          </w:tcPr>
          <w:p w14:paraId="032C9F3C" w14:textId="6E05FCDC" w:rsidR="00957187" w:rsidRPr="00453276" w:rsidRDefault="00957187" w:rsidP="00957187">
            <w:r w:rsidRPr="00453276">
              <w:t xml:space="preserve">Toneel + avondactiviteit </w:t>
            </w:r>
          </w:p>
        </w:tc>
      </w:tr>
      <w:tr w:rsidR="00957187" w14:paraId="39BEE799" w14:textId="77777777" w:rsidTr="00615EC0">
        <w:tc>
          <w:tcPr>
            <w:tcW w:w="955" w:type="dxa"/>
          </w:tcPr>
          <w:p w14:paraId="76EB2C2F" w14:textId="346E5B67" w:rsidR="00957187" w:rsidRPr="00453276" w:rsidRDefault="00957187" w:rsidP="00957187">
            <w:r w:rsidRPr="00453276">
              <w:t>20u</w:t>
            </w:r>
          </w:p>
        </w:tc>
        <w:tc>
          <w:tcPr>
            <w:tcW w:w="6084" w:type="dxa"/>
          </w:tcPr>
          <w:p w14:paraId="370AF0A6" w14:textId="439CE4D6" w:rsidR="00957187" w:rsidRPr="00453276" w:rsidRDefault="00453276" w:rsidP="00957187">
            <w:proofErr w:type="spellStart"/>
            <w:r w:rsidRPr="00453276">
              <w:t>Sloepie’s</w:t>
            </w:r>
            <w:proofErr w:type="spellEnd"/>
            <w:r w:rsidRPr="00453276">
              <w:t xml:space="preserve"> maken zich klaar</w:t>
            </w:r>
            <w:r>
              <w:t xml:space="preserve"> voor bed</w:t>
            </w:r>
          </w:p>
        </w:tc>
      </w:tr>
      <w:tr w:rsidR="00453276" w14:paraId="769659B7" w14:textId="77777777" w:rsidTr="00615EC0">
        <w:tc>
          <w:tcPr>
            <w:tcW w:w="955" w:type="dxa"/>
          </w:tcPr>
          <w:p w14:paraId="3A6FB7A6" w14:textId="2121BD46" w:rsidR="00453276" w:rsidRPr="00453276" w:rsidRDefault="00453276" w:rsidP="00957187">
            <w:r w:rsidRPr="00453276">
              <w:t>2</w:t>
            </w:r>
            <w:r>
              <w:t>0</w:t>
            </w:r>
            <w:r w:rsidRPr="00453276">
              <w:t>u</w:t>
            </w:r>
            <w:r>
              <w:t>30</w:t>
            </w:r>
          </w:p>
        </w:tc>
        <w:tc>
          <w:tcPr>
            <w:tcW w:w="6084" w:type="dxa"/>
          </w:tcPr>
          <w:p w14:paraId="6AE537B0" w14:textId="09FA2692" w:rsidR="00453276" w:rsidRPr="00453276" w:rsidRDefault="00453276" w:rsidP="00957187">
            <w:proofErr w:type="spellStart"/>
            <w:r>
              <w:t>Sloepie’s</w:t>
            </w:r>
            <w:proofErr w:type="spellEnd"/>
            <w:r>
              <w:t xml:space="preserve"> gaan slapen - </w:t>
            </w:r>
            <w:r w:rsidRPr="00453276">
              <w:t xml:space="preserve">Speelclubs maken zich klaar </w:t>
            </w:r>
            <w:r>
              <w:t>voor bed</w:t>
            </w:r>
          </w:p>
        </w:tc>
      </w:tr>
      <w:tr w:rsidR="00453276" w14:paraId="35D4E90F" w14:textId="77777777" w:rsidTr="00615EC0">
        <w:tc>
          <w:tcPr>
            <w:tcW w:w="955" w:type="dxa"/>
          </w:tcPr>
          <w:p w14:paraId="3DC2E211" w14:textId="777A03F9" w:rsidR="00453276" w:rsidRPr="00453276" w:rsidRDefault="00453276" w:rsidP="00957187">
            <w:r w:rsidRPr="00453276">
              <w:t>21u</w:t>
            </w:r>
          </w:p>
        </w:tc>
        <w:tc>
          <w:tcPr>
            <w:tcW w:w="6084" w:type="dxa"/>
          </w:tcPr>
          <w:p w14:paraId="78678136" w14:textId="30AB48FE" w:rsidR="00453276" w:rsidRPr="00453276" w:rsidRDefault="00453276" w:rsidP="00957187">
            <w:r>
              <w:t xml:space="preserve">Speelclubs gaan slapen - </w:t>
            </w:r>
            <w:proofErr w:type="spellStart"/>
            <w:r w:rsidRPr="00453276">
              <w:t>Rakwi’s</w:t>
            </w:r>
            <w:proofErr w:type="spellEnd"/>
            <w:r w:rsidRPr="00453276">
              <w:t xml:space="preserve"> maken zich klaar </w:t>
            </w:r>
            <w:r>
              <w:t>voor</w:t>
            </w:r>
            <w:r w:rsidRPr="00453276">
              <w:t xml:space="preserve"> bed</w:t>
            </w:r>
          </w:p>
        </w:tc>
      </w:tr>
      <w:tr w:rsidR="00453276" w14:paraId="68429DB4" w14:textId="77777777" w:rsidTr="00615EC0">
        <w:tc>
          <w:tcPr>
            <w:tcW w:w="955" w:type="dxa"/>
          </w:tcPr>
          <w:p w14:paraId="38491C2D" w14:textId="178B29AA" w:rsidR="00453276" w:rsidRPr="00453276" w:rsidRDefault="00453276" w:rsidP="00957187">
            <w:r w:rsidRPr="00453276">
              <w:t>2</w:t>
            </w:r>
            <w:r>
              <w:t>1u30</w:t>
            </w:r>
          </w:p>
        </w:tc>
        <w:tc>
          <w:tcPr>
            <w:tcW w:w="6084" w:type="dxa"/>
          </w:tcPr>
          <w:p w14:paraId="67CAC05D" w14:textId="4AB40572" w:rsidR="00453276" w:rsidRPr="00453276" w:rsidRDefault="004962FD" w:rsidP="00957187">
            <w:proofErr w:type="spellStart"/>
            <w:r>
              <w:t>Rakwi’s</w:t>
            </w:r>
            <w:proofErr w:type="spellEnd"/>
            <w:r>
              <w:t xml:space="preserve"> gaan slapen - </w:t>
            </w:r>
            <w:proofErr w:type="spellStart"/>
            <w:r w:rsidR="00453276" w:rsidRPr="00453276">
              <w:t>Tito’s</w:t>
            </w:r>
            <w:proofErr w:type="spellEnd"/>
            <w:r w:rsidR="00453276" w:rsidRPr="00453276">
              <w:t xml:space="preserve"> maken zich klaar </w:t>
            </w:r>
            <w:r>
              <w:t>voor</w:t>
            </w:r>
            <w:r w:rsidR="00453276" w:rsidRPr="00453276">
              <w:t xml:space="preserve"> bed</w:t>
            </w:r>
          </w:p>
        </w:tc>
      </w:tr>
      <w:tr w:rsidR="00453276" w14:paraId="2605FAE0" w14:textId="77777777" w:rsidTr="00615EC0">
        <w:tc>
          <w:tcPr>
            <w:tcW w:w="955" w:type="dxa"/>
          </w:tcPr>
          <w:p w14:paraId="617DF79A" w14:textId="3198C25B" w:rsidR="00453276" w:rsidRPr="00453276" w:rsidRDefault="00453276" w:rsidP="00957187">
            <w:r w:rsidRPr="00453276">
              <w:t>22u</w:t>
            </w:r>
          </w:p>
        </w:tc>
        <w:tc>
          <w:tcPr>
            <w:tcW w:w="6084" w:type="dxa"/>
          </w:tcPr>
          <w:p w14:paraId="3890CC9A" w14:textId="48825FF4" w:rsidR="00453276" w:rsidRPr="00453276" w:rsidRDefault="004962FD" w:rsidP="00957187">
            <w:proofErr w:type="spellStart"/>
            <w:r>
              <w:t>Tito’s</w:t>
            </w:r>
            <w:proofErr w:type="spellEnd"/>
            <w:r>
              <w:t xml:space="preserve"> gaan slapen </w:t>
            </w:r>
          </w:p>
        </w:tc>
      </w:tr>
    </w:tbl>
    <w:p w14:paraId="2BBBCEBA" w14:textId="77777777" w:rsidR="005E7BF1" w:rsidRDefault="005E7BF1" w:rsidP="005E7BF1">
      <w:pPr>
        <w:spacing w:line="100" w:lineRule="exact"/>
      </w:pPr>
    </w:p>
    <w:p w14:paraId="77F97890" w14:textId="69DBA84D" w:rsidR="00CC2657" w:rsidRDefault="005C4229">
      <w:pPr>
        <w:pStyle w:val="Kop1"/>
        <w:rPr>
          <w:color w:val="CC0000"/>
        </w:rPr>
      </w:pPr>
      <w:r>
        <w:rPr>
          <w:color w:val="CC0000"/>
        </w:rPr>
        <w:t>Post</w:t>
      </w:r>
    </w:p>
    <w:p w14:paraId="0F61B966" w14:textId="2AD4787A" w:rsidR="007A672F" w:rsidRDefault="00FD381A" w:rsidP="007A672F">
      <w:r>
        <w:rPr>
          <w:noProof/>
        </w:rPr>
        <mc:AlternateContent>
          <mc:Choice Requires="wps">
            <w:drawing>
              <wp:anchor distT="45720" distB="45720" distL="114300" distR="114300" simplePos="0" relativeHeight="251663872" behindDoc="0" locked="0" layoutInCell="1" allowOverlap="1" wp14:anchorId="727D685B" wp14:editId="3C2D9E73">
                <wp:simplePos x="0" y="0"/>
                <wp:positionH relativeFrom="column">
                  <wp:posOffset>-33655</wp:posOffset>
                </wp:positionH>
                <wp:positionV relativeFrom="paragraph">
                  <wp:posOffset>59055</wp:posOffset>
                </wp:positionV>
                <wp:extent cx="1889760" cy="1463040"/>
                <wp:effectExtent l="0" t="0" r="1524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463040"/>
                        </a:xfrm>
                        <a:prstGeom prst="rect">
                          <a:avLst/>
                        </a:prstGeom>
                        <a:solidFill>
                          <a:srgbClr val="FFFFFF"/>
                        </a:solidFill>
                        <a:ln w="9525">
                          <a:solidFill>
                            <a:srgbClr val="000000"/>
                          </a:solidFill>
                          <a:miter lim="800000"/>
                          <a:headEnd/>
                          <a:tailEnd/>
                        </a:ln>
                      </wps:spPr>
                      <wps:txbx>
                        <w:txbxContent>
                          <w:p w14:paraId="799916A0" w14:textId="365B5AC3" w:rsidR="00FD381A" w:rsidRDefault="009F4654" w:rsidP="001926FB">
                            <w:pPr>
                              <w:spacing w:line="240" w:lineRule="auto"/>
                            </w:pPr>
                            <w:r>
                              <w:t xml:space="preserve">Naam van </w:t>
                            </w:r>
                            <w:r w:rsidR="00F219AD">
                              <w:t>je</w:t>
                            </w:r>
                            <w:r>
                              <w:t xml:space="preserve"> kind</w:t>
                            </w:r>
                          </w:p>
                          <w:p w14:paraId="6507F99C" w14:textId="54BEC3E1" w:rsidR="009F4654" w:rsidRDefault="002519A9" w:rsidP="001926FB">
                            <w:pPr>
                              <w:spacing w:line="240" w:lineRule="auto"/>
                            </w:pPr>
                            <w:r>
                              <w:t>Chiro Ter Streep Westende</w:t>
                            </w:r>
                          </w:p>
                          <w:p w14:paraId="744D1C8F" w14:textId="741801F6" w:rsidR="002519A9" w:rsidRDefault="002519A9" w:rsidP="001926FB">
                            <w:pPr>
                              <w:spacing w:line="240" w:lineRule="auto"/>
                            </w:pPr>
                            <w:r>
                              <w:t>Jagershuis</w:t>
                            </w:r>
                          </w:p>
                          <w:p w14:paraId="001156E5" w14:textId="1A15549A" w:rsidR="002519A9" w:rsidRDefault="00C80E32" w:rsidP="001926FB">
                            <w:pPr>
                              <w:spacing w:line="240" w:lineRule="auto"/>
                            </w:pPr>
                            <w:r>
                              <w:t>Jagersweg 8</w:t>
                            </w:r>
                          </w:p>
                          <w:p w14:paraId="6F4859D3" w14:textId="58C0700D" w:rsidR="005F69C9" w:rsidRDefault="005F69C9" w:rsidP="001926FB">
                            <w:pPr>
                              <w:spacing w:line="240" w:lineRule="auto"/>
                            </w:pPr>
                            <w:r>
                              <w:t>3980 Tessenderlo-Ham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7D685B" id="_x0000_t202" coordsize="21600,21600" o:spt="202" path="m,l,21600r21600,l21600,xe">
                <v:stroke joinstyle="miter"/>
                <v:path gradientshapeok="t" o:connecttype="rect"/>
              </v:shapetype>
              <v:shape id="Tekstvak 2" o:spid="_x0000_s1026" type="#_x0000_t202" style="position:absolute;margin-left:-2.65pt;margin-top:4.65pt;width:148.8pt;height:115.2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">
                <v:textbox>
                  <w:txbxContent>
                    <w:p w14:paraId="799916A0" w14:textId="365B5AC3" w:rsidR="00FD381A" w:rsidRDefault="009F4654" w:rsidP="001926FB">
                      <w:pPr>
                        <w:spacing w:line="240" w:lineRule="auto"/>
                      </w:pPr>
                      <w:r>
                        <w:t xml:space="preserve">Naam van </w:t>
                      </w:r>
                      <w:r w:rsidR="00F219AD">
                        <w:t>je</w:t>
                      </w:r>
                      <w:r>
                        <w:t xml:space="preserve"> kind</w:t>
                      </w:r>
                    </w:p>
                    <w:p w14:paraId="6507F99C" w14:textId="54BEC3E1" w:rsidR="009F4654" w:rsidRDefault="002519A9" w:rsidP="001926FB">
                      <w:pPr>
                        <w:spacing w:line="240" w:lineRule="auto"/>
                      </w:pPr>
                      <w:r>
                        <w:t>Chiro Ter Streep Westende</w:t>
                      </w:r>
                    </w:p>
                    <w:p w14:paraId="744D1C8F" w14:textId="741801F6" w:rsidR="002519A9" w:rsidRDefault="002519A9" w:rsidP="001926FB">
                      <w:pPr>
                        <w:spacing w:line="240" w:lineRule="auto"/>
                      </w:pPr>
                      <w:r>
                        <w:t>Jagershuis</w:t>
                      </w:r>
                    </w:p>
                    <w:p w14:paraId="001156E5" w14:textId="1A15549A" w:rsidR="002519A9" w:rsidRDefault="00C80E32" w:rsidP="001926FB">
                      <w:pPr>
                        <w:spacing w:line="240" w:lineRule="auto"/>
                      </w:pPr>
                      <w:r>
                        <w:t>Jagersweg 8</w:t>
                      </w:r>
                    </w:p>
                    <w:p w14:paraId="6F4859D3" w14:textId="58C0700D" w:rsidR="005F69C9" w:rsidRDefault="005F69C9" w:rsidP="001926FB">
                      <w:pPr>
                        <w:spacing w:line="240" w:lineRule="auto"/>
                      </w:pPr>
                      <w:r>
                        <w:t>3980 Tessenderlo-Ham</w:t>
                      </w:r>
                    </w:p>
                  </w:txbxContent>
                </v:textbox>
                <w10:wrap type="square"/>
              </v:shape>
            </w:pict>
          </mc:Fallback>
        </mc:AlternateContent>
      </w:r>
      <w:r w:rsidR="000F41EC" w:rsidRPr="000F41EC">
        <w:t>Kinderen vinden het geweldig om een kaartje of brief te ontvangen op kamp!</w:t>
      </w:r>
      <w:r w:rsidR="000F41EC">
        <w:t xml:space="preserve"> </w:t>
      </w:r>
      <w:r w:rsidR="000F41EC" w:rsidRPr="000F41EC">
        <w:t>Tijdens het kamp voorzien we ook een gezellig moment waarop de kinderen zelf een brief of kaartje kunnen schrijven naar huis of naar familie en vrienden.</w:t>
      </w:r>
      <w:r w:rsidR="000F41EC">
        <w:t xml:space="preserve"> </w:t>
      </w:r>
      <w:r w:rsidR="00740F09">
        <w:t xml:space="preserve"> </w:t>
      </w:r>
    </w:p>
    <w:p w14:paraId="5B8A4582" w14:textId="77777777" w:rsidR="007A672F" w:rsidRDefault="007A672F" w:rsidP="007A672F"/>
    <w:p w14:paraId="34CD4ABE" w14:textId="77777777" w:rsidR="007A672F" w:rsidRDefault="007A672F" w:rsidP="007A672F"/>
    <w:p w14:paraId="533CB5D7" w14:textId="77777777" w:rsidR="007A672F" w:rsidRDefault="007A672F" w:rsidP="007A672F"/>
    <w:p w14:paraId="6324D6CA" w14:textId="77777777" w:rsidR="007A672F" w:rsidRDefault="007A672F" w:rsidP="007A672F"/>
    <w:p w14:paraId="01F72C14" w14:textId="0EBD8880" w:rsidR="00CC2657" w:rsidRPr="007A672F" w:rsidRDefault="00A02497" w:rsidP="007A672F">
      <w:pPr>
        <w:pStyle w:val="Kop1"/>
        <w:rPr>
          <w:color w:val="CC0000"/>
        </w:rPr>
      </w:pPr>
      <w:r>
        <w:rPr>
          <w:color w:val="CC0000"/>
        </w:rPr>
        <w:lastRenderedPageBreak/>
        <w:t xml:space="preserve">Foto’s </w:t>
      </w:r>
      <w:r w:rsidR="00431BD9">
        <w:rPr>
          <w:color w:val="CC0000"/>
        </w:rPr>
        <w:t xml:space="preserve">                                                                                                                 </w:t>
      </w:r>
    </w:p>
    <w:p w14:paraId="3842B227" w14:textId="2257A5CF" w:rsidR="000F41EC" w:rsidRPr="00486E7C" w:rsidRDefault="000A4C7C">
      <w:pPr>
        <w:spacing w:after="120"/>
      </w:pPr>
      <w:r w:rsidRPr="000A4C7C">
        <w:t xml:space="preserve">Wil je </w:t>
      </w:r>
      <w:r w:rsidR="00F14FE9" w:rsidRPr="000A4C7C">
        <w:t>meegenieten</w:t>
      </w:r>
      <w:r w:rsidRPr="000A4C7C">
        <w:t xml:space="preserve"> van onze kampavonturen? Volg dan zeker de gesloten Facebookgroep </w:t>
      </w:r>
      <w:r w:rsidRPr="000A4C7C">
        <w:rPr>
          <w:b/>
          <w:bCs/>
        </w:rPr>
        <w:t xml:space="preserve">‘Chiro </w:t>
      </w:r>
      <w:r w:rsidR="0036778A">
        <w:rPr>
          <w:b/>
          <w:bCs/>
        </w:rPr>
        <w:t xml:space="preserve">Ter Streep </w:t>
      </w:r>
      <w:r w:rsidRPr="000A4C7C">
        <w:rPr>
          <w:b/>
          <w:bCs/>
        </w:rPr>
        <w:t>Westende’</w:t>
      </w:r>
      <w:r w:rsidRPr="000A4C7C">
        <w:t xml:space="preserve"> voor leuke foto’s en updates!</w:t>
      </w:r>
      <w:r>
        <w:t xml:space="preserve"> </w:t>
      </w:r>
    </w:p>
    <w:p w14:paraId="3A22EF29" w14:textId="27C35640" w:rsidR="00CC2657" w:rsidRDefault="00A02497">
      <w:pPr>
        <w:pStyle w:val="Kop1"/>
        <w:rPr>
          <w:color w:val="CC0000"/>
        </w:rPr>
      </w:pPr>
      <w:r>
        <w:rPr>
          <w:color w:val="CC0000"/>
        </w:rPr>
        <w:t>Embleempje</w:t>
      </w:r>
    </w:p>
    <w:p w14:paraId="7E4D581A" w14:textId="336202ED" w:rsidR="000A4C7C" w:rsidRDefault="000A4C7C" w:rsidP="000A4C7C">
      <w:r w:rsidRPr="000A4C7C">
        <w:t xml:space="preserve">We vragen om </w:t>
      </w:r>
      <w:r w:rsidR="005F591D">
        <w:t>het embleempje</w:t>
      </w:r>
      <w:r w:rsidRPr="000A4C7C">
        <w:t xml:space="preserve"> op een zichtbaar plekje van het Chiro-uniform van je kind te naaien</w:t>
      </w:r>
      <w:r>
        <w:t xml:space="preserve">. </w:t>
      </w:r>
    </w:p>
    <w:p w14:paraId="001793D7" w14:textId="5A70B48D" w:rsidR="00CC2657" w:rsidRPr="00162F8E" w:rsidRDefault="005C4229">
      <w:pPr>
        <w:pStyle w:val="Kop1"/>
        <w:rPr>
          <w:color w:val="CC0000"/>
        </w:rPr>
      </w:pPr>
      <w:r w:rsidRPr="00162F8E">
        <w:rPr>
          <w:color w:val="CC0000"/>
        </w:rPr>
        <w:t>Checklist</w:t>
      </w:r>
    </w:p>
    <w:p w14:paraId="238F5009" w14:textId="77777777" w:rsidR="00CC2657" w:rsidRPr="00486E7C" w:rsidRDefault="00000000">
      <w:pPr>
        <w:pStyle w:val="Lijstopsomteken"/>
      </w:pPr>
      <w:r w:rsidRPr="00486E7C">
        <w:rPr>
          <w:rFonts w:ascii="Segoe UI Symbol" w:hAnsi="Segoe UI Symbol" w:cs="Segoe UI Symbol"/>
        </w:rPr>
        <w:t>☐</w:t>
      </w:r>
      <w:r w:rsidRPr="00486E7C">
        <w:t xml:space="preserve"> Ingeschreven</w:t>
      </w:r>
    </w:p>
    <w:p w14:paraId="4BFE3433" w14:textId="77777777" w:rsidR="00CC2657" w:rsidRPr="00486E7C" w:rsidRDefault="00000000">
      <w:pPr>
        <w:pStyle w:val="Lijstopsomteken"/>
      </w:pPr>
      <w:r w:rsidRPr="00486E7C">
        <w:t>☐ Betaling in orde</w:t>
      </w:r>
    </w:p>
    <w:p w14:paraId="72256237" w14:textId="77777777" w:rsidR="00CC2657" w:rsidRDefault="00000000">
      <w:pPr>
        <w:pStyle w:val="Lijstopsomteken"/>
      </w:pPr>
      <w:r w:rsidRPr="00486E7C">
        <w:t>☐ Medische fiche ingevuld en afgegeven</w:t>
      </w:r>
    </w:p>
    <w:p w14:paraId="57CBD354" w14:textId="15B3E120" w:rsidR="00C054EC" w:rsidRPr="00486E7C" w:rsidRDefault="00C054EC">
      <w:pPr>
        <w:pStyle w:val="Lijstopsomteken"/>
      </w:pPr>
      <w:r w:rsidRPr="00486E7C">
        <w:rPr>
          <w:rFonts w:ascii="Segoe UI Symbol" w:hAnsi="Segoe UI Symbol" w:cs="Segoe UI Symbol"/>
        </w:rPr>
        <w:t>☐</w:t>
      </w:r>
      <w:r>
        <w:rPr>
          <w:rFonts w:ascii="Segoe UI Symbol" w:hAnsi="Segoe UI Symbol" w:cs="Segoe UI Symbol"/>
        </w:rPr>
        <w:t xml:space="preserve"> </w:t>
      </w:r>
      <w:r w:rsidRPr="00C054EC">
        <w:t>Alles van bagagelijst mee</w:t>
      </w:r>
    </w:p>
    <w:p w14:paraId="1F35C215" w14:textId="77777777" w:rsidR="00CC2657" w:rsidRPr="00486E7C" w:rsidRDefault="00000000">
      <w:pPr>
        <w:pStyle w:val="Lijstopsomteken"/>
      </w:pPr>
      <w:r w:rsidRPr="00486E7C">
        <w:t>☐ Bagage gelabeld</w:t>
      </w:r>
    </w:p>
    <w:p w14:paraId="00933547" w14:textId="4D3ABADF" w:rsidR="00431BD9" w:rsidRDefault="00000000" w:rsidP="00431BD9">
      <w:pPr>
        <w:pStyle w:val="Lijstopsomteken"/>
      </w:pPr>
      <w:r w:rsidRPr="00486E7C">
        <w:t>☐ Verkleedkledij mee (indien nodig)</w:t>
      </w:r>
    </w:p>
    <w:p w14:paraId="76FAFDE9" w14:textId="77777777" w:rsidR="00431BD9" w:rsidRDefault="00431BD9" w:rsidP="00431BD9">
      <w:pPr>
        <w:pStyle w:val="Lijstopsomteken"/>
        <w:numPr>
          <w:ilvl w:val="0"/>
          <w:numId w:val="0"/>
        </w:numPr>
        <w:ind w:left="360"/>
      </w:pPr>
    </w:p>
    <w:p w14:paraId="44E5BE45" w14:textId="77777777" w:rsidR="00431BD9" w:rsidRDefault="00431BD9" w:rsidP="00431BD9">
      <w:pPr>
        <w:pStyle w:val="Kop1"/>
        <w:rPr>
          <w:rFonts w:asciiTheme="minorHAnsi" w:eastAsiaTheme="minorEastAsia" w:hAnsiTheme="minorHAnsi" w:cstheme="minorBidi"/>
          <w:b w:val="0"/>
          <w:bCs w:val="0"/>
          <w:color w:val="auto"/>
          <w:sz w:val="22"/>
          <w:szCs w:val="22"/>
        </w:rPr>
      </w:pPr>
    </w:p>
    <w:p w14:paraId="59A3C820" w14:textId="77777777" w:rsidR="00431BD9" w:rsidRDefault="00431BD9" w:rsidP="00431BD9">
      <w:pPr>
        <w:pStyle w:val="Kop1"/>
        <w:rPr>
          <w:rFonts w:asciiTheme="minorHAnsi" w:eastAsiaTheme="minorEastAsia" w:hAnsiTheme="minorHAnsi" w:cstheme="minorBidi"/>
          <w:b w:val="0"/>
          <w:bCs w:val="0"/>
          <w:color w:val="auto"/>
          <w:sz w:val="22"/>
          <w:szCs w:val="22"/>
        </w:rPr>
      </w:pPr>
    </w:p>
    <w:p w14:paraId="28BD13AF" w14:textId="77777777" w:rsidR="00431BD9" w:rsidRDefault="00431BD9" w:rsidP="00431BD9">
      <w:pPr>
        <w:pStyle w:val="Kop1"/>
        <w:rPr>
          <w:rFonts w:asciiTheme="minorHAnsi" w:eastAsiaTheme="minorEastAsia" w:hAnsiTheme="minorHAnsi" w:cstheme="minorBidi"/>
          <w:b w:val="0"/>
          <w:bCs w:val="0"/>
          <w:color w:val="auto"/>
          <w:sz w:val="22"/>
          <w:szCs w:val="22"/>
        </w:rPr>
      </w:pPr>
    </w:p>
    <w:p w14:paraId="02628B4D" w14:textId="77777777" w:rsidR="00431BD9" w:rsidRDefault="00431BD9" w:rsidP="00431BD9"/>
    <w:p w14:paraId="5FEFE559" w14:textId="77777777" w:rsidR="00431BD9" w:rsidRPr="00431BD9" w:rsidRDefault="00431BD9" w:rsidP="00431BD9"/>
    <w:p w14:paraId="4FF80824" w14:textId="27454D8E" w:rsidR="00431BD9" w:rsidRDefault="00431BD9" w:rsidP="00431BD9">
      <w:pPr>
        <w:pStyle w:val="Kop1"/>
        <w:rPr>
          <w:rFonts w:asciiTheme="minorHAnsi" w:eastAsiaTheme="minorEastAsia" w:hAnsiTheme="minorHAnsi" w:cstheme="minorBidi"/>
          <w:b w:val="0"/>
          <w:bCs w:val="0"/>
          <w:color w:val="auto"/>
          <w:sz w:val="22"/>
          <w:szCs w:val="22"/>
        </w:rPr>
      </w:pPr>
      <w:r w:rsidRPr="00162F8E">
        <w:rPr>
          <w:rFonts w:asciiTheme="minorHAnsi" w:eastAsiaTheme="minorEastAsia" w:hAnsiTheme="minorHAnsi" w:cstheme="minorBidi"/>
          <w:b w:val="0"/>
          <w:bCs w:val="0"/>
          <w:color w:val="auto"/>
          <w:sz w:val="22"/>
          <w:szCs w:val="22"/>
        </w:rPr>
        <w:t>Hebben jullie de inschrijving nog niet afgerond of het kampbedrag nog niet overgeschreven? Geen probleem</w:t>
      </w:r>
      <w:r>
        <w:rPr>
          <w:rFonts w:asciiTheme="minorHAnsi" w:eastAsiaTheme="minorEastAsia" w:hAnsiTheme="minorHAnsi" w:cstheme="minorBidi"/>
          <w:b w:val="0"/>
          <w:bCs w:val="0"/>
          <w:color w:val="auto"/>
          <w:sz w:val="22"/>
          <w:szCs w:val="22"/>
        </w:rPr>
        <w:t xml:space="preserve">, </w:t>
      </w:r>
      <w:r w:rsidRPr="00162F8E">
        <w:rPr>
          <w:rFonts w:asciiTheme="minorHAnsi" w:eastAsiaTheme="minorEastAsia" w:hAnsiTheme="minorHAnsi" w:cstheme="minorBidi"/>
          <w:b w:val="0"/>
          <w:bCs w:val="0"/>
          <w:color w:val="auto"/>
          <w:sz w:val="22"/>
          <w:szCs w:val="22"/>
        </w:rPr>
        <w:t xml:space="preserve">dat kan nog steeds op het rekeningnummer </w:t>
      </w:r>
      <w:r w:rsidRPr="00162F8E">
        <w:rPr>
          <w:rFonts w:asciiTheme="minorHAnsi" w:eastAsiaTheme="minorEastAsia" w:hAnsiTheme="minorHAnsi" w:cstheme="minorBidi"/>
          <w:color w:val="auto"/>
          <w:sz w:val="22"/>
          <w:szCs w:val="22"/>
        </w:rPr>
        <w:t>BE07 7775 9814 9566</w:t>
      </w:r>
      <w:r w:rsidRPr="00162F8E">
        <w:rPr>
          <w:rFonts w:asciiTheme="minorHAnsi" w:eastAsiaTheme="minorEastAsia" w:hAnsiTheme="minorHAnsi" w:cstheme="minorBidi"/>
          <w:b w:val="0"/>
          <w:bCs w:val="0"/>
          <w:color w:val="auto"/>
          <w:sz w:val="22"/>
          <w:szCs w:val="22"/>
        </w:rPr>
        <w:t>, met vermelding van de naam van je</w:t>
      </w:r>
      <w:r>
        <w:rPr>
          <w:rFonts w:asciiTheme="minorHAnsi" w:eastAsiaTheme="minorEastAsia" w:hAnsiTheme="minorHAnsi" w:cstheme="minorBidi"/>
          <w:b w:val="0"/>
          <w:bCs w:val="0"/>
          <w:color w:val="auto"/>
          <w:sz w:val="22"/>
          <w:szCs w:val="22"/>
        </w:rPr>
        <w:t xml:space="preserve"> kind(eren)</w:t>
      </w:r>
      <w:r w:rsidRPr="00162F8E">
        <w:rPr>
          <w:rFonts w:asciiTheme="minorHAnsi" w:eastAsiaTheme="minorEastAsia" w:hAnsiTheme="minorHAnsi" w:cstheme="minorBidi"/>
          <w:b w:val="0"/>
          <w:bCs w:val="0"/>
          <w:color w:val="auto"/>
          <w:sz w:val="22"/>
          <w:szCs w:val="22"/>
        </w:rPr>
        <w:t>.</w:t>
      </w:r>
    </w:p>
    <w:p w14:paraId="795D2A10" w14:textId="77777777" w:rsidR="00431BD9" w:rsidRPr="006A4474" w:rsidRDefault="00431BD9" w:rsidP="00431BD9">
      <w:pPr>
        <w:spacing w:line="160" w:lineRule="exact"/>
      </w:pPr>
    </w:p>
    <w:p w14:paraId="0623919D" w14:textId="77777777" w:rsidR="00431BD9" w:rsidRPr="005C4229" w:rsidRDefault="00431BD9" w:rsidP="00431BD9">
      <w:pPr>
        <w:rPr>
          <w:b/>
          <w:bCs/>
        </w:rPr>
      </w:pPr>
      <w:r w:rsidRPr="005C4229">
        <w:rPr>
          <w:b/>
          <w:bCs/>
        </w:rPr>
        <w:t>Tegemoetkoming:</w:t>
      </w:r>
    </w:p>
    <w:p w14:paraId="1D95F9CC" w14:textId="77777777" w:rsidR="00431BD9" w:rsidRDefault="00431BD9" w:rsidP="00431BD9">
      <w:r w:rsidRPr="005C4229">
        <w:t>Een bivak kost centen. De meeste ziekenfondsen betalen een deel ervan terug. Raadpleeg de website en bezorg ons de papieren bij het brengen van jullie valies. Ook bij het begin van het nieuwe jaar kan je de papieren nog brengen.</w:t>
      </w:r>
    </w:p>
    <w:p w14:paraId="1D9CBEB5" w14:textId="77777777" w:rsidR="00431BD9" w:rsidRDefault="00431BD9" w:rsidP="00431BD9">
      <w:pPr>
        <w:rPr>
          <w:b/>
          <w:bCs/>
        </w:rPr>
      </w:pPr>
      <w:r>
        <w:rPr>
          <w:b/>
          <w:bCs/>
        </w:rPr>
        <w:t>Bagage</w:t>
      </w:r>
      <w:r w:rsidRPr="005C4229">
        <w:rPr>
          <w:b/>
          <w:bCs/>
        </w:rPr>
        <w:t xml:space="preserve">: </w:t>
      </w:r>
    </w:p>
    <w:p w14:paraId="214CF70E" w14:textId="3D96D52C" w:rsidR="00431BD9" w:rsidRDefault="00C80CF5" w:rsidP="00431BD9">
      <w:r>
        <w:t>Dit jaar wordt de bagage via een verhuiswagen</w:t>
      </w:r>
      <w:r w:rsidR="00431BD9" w:rsidRPr="006D2AE8">
        <w:t xml:space="preserve"> naar de kampplaats vervoerd. Je kan de bagage binnenbrengen op </w:t>
      </w:r>
      <w:r w:rsidR="00C404B1">
        <w:t>donderdag</w:t>
      </w:r>
      <w:r w:rsidR="00431BD9" w:rsidRPr="006D2AE8">
        <w:t xml:space="preserve"> </w:t>
      </w:r>
      <w:r w:rsidR="009035DE">
        <w:t>20</w:t>
      </w:r>
      <w:r w:rsidR="00431BD9" w:rsidRPr="006D2AE8">
        <w:t xml:space="preserve"> augustus tussen </w:t>
      </w:r>
      <w:r w:rsidR="009035DE">
        <w:t>18u en 19u</w:t>
      </w:r>
      <w:r w:rsidR="00431BD9" w:rsidRPr="006D2AE8">
        <w:t xml:space="preserve"> aan </w:t>
      </w:r>
      <w:r w:rsidR="00431BD9">
        <w:t>de</w:t>
      </w:r>
      <w:r w:rsidR="00431BD9" w:rsidRPr="006D2AE8">
        <w:t xml:space="preserve"> Chiro. Dan laden we alles samen in de </w:t>
      </w:r>
      <w:r>
        <w:t>wagen</w:t>
      </w:r>
      <w:r w:rsidR="00431BD9" w:rsidRPr="006D2AE8">
        <w:t>.</w:t>
      </w:r>
    </w:p>
    <w:p w14:paraId="20AE8AA3" w14:textId="761275ED" w:rsidR="00431BD9" w:rsidRPr="006A4474" w:rsidRDefault="00431BD9" w:rsidP="00431BD9">
      <w:r w:rsidRPr="006D47E8">
        <w:t xml:space="preserve">Bij problemen </w:t>
      </w:r>
      <w:r w:rsidR="00C80CF5" w:rsidRPr="006D47E8">
        <w:t>voor</w:t>
      </w:r>
      <w:r w:rsidRPr="006D47E8">
        <w:t xml:space="preserve"> dit tijdstip gelieve contact op te nemen met de leiding zodat ze eventueel een uitzondering kunnen maken.</w:t>
      </w:r>
    </w:p>
    <w:p w14:paraId="63094BAE" w14:textId="77777777" w:rsidR="00431BD9" w:rsidRPr="00162F8E" w:rsidRDefault="00431BD9" w:rsidP="00431BD9">
      <w:pPr>
        <w:pStyle w:val="Kop1"/>
        <w:rPr>
          <w:color w:val="CC0000"/>
        </w:rPr>
      </w:pPr>
      <w:r w:rsidRPr="00162F8E">
        <w:rPr>
          <w:color w:val="CC0000"/>
        </w:rPr>
        <w:t>Belangrijke gegevens</w:t>
      </w:r>
    </w:p>
    <w:p w14:paraId="76A94273" w14:textId="2D17CD2A" w:rsidR="00431BD9" w:rsidRPr="007E34E4" w:rsidRDefault="00431BD9" w:rsidP="00431BD9">
      <w:pPr>
        <w:spacing w:after="120"/>
      </w:pPr>
      <w:r>
        <w:rPr>
          <w:b/>
          <w:bCs/>
        </w:rPr>
        <w:t xml:space="preserve">Adres kampplaats: </w:t>
      </w:r>
      <w:r w:rsidR="007C437D">
        <w:t>Jagersweg 8, 3980 Tessenderlo-Ham</w:t>
      </w:r>
      <w:r w:rsidRPr="00405EB0">
        <w:t xml:space="preserve"> – </w:t>
      </w:r>
      <w:r w:rsidR="008064E9">
        <w:t>Limburg</w:t>
      </w:r>
    </w:p>
    <w:p w14:paraId="566739BA" w14:textId="77777777" w:rsidR="00431BD9" w:rsidRDefault="00431BD9" w:rsidP="00431BD9">
      <w:pPr>
        <w:spacing w:after="120"/>
        <w:rPr>
          <w:b/>
          <w:bCs/>
        </w:rPr>
      </w:pPr>
      <w:r w:rsidRPr="00162F8E">
        <w:rPr>
          <w:b/>
          <w:bCs/>
        </w:rPr>
        <w:t>Vertrek en aankomst:</w:t>
      </w:r>
    </w:p>
    <w:p w14:paraId="511E6977" w14:textId="7926EF9D" w:rsidR="00431BD9" w:rsidRDefault="00431BD9" w:rsidP="00431BD9">
      <w:pPr>
        <w:spacing w:after="120"/>
      </w:pPr>
      <w:r w:rsidRPr="00405EB0">
        <w:t xml:space="preserve">We verwachten jullie op </w:t>
      </w:r>
      <w:r w:rsidR="00C404B1">
        <w:rPr>
          <w:b/>
          <w:bCs/>
        </w:rPr>
        <w:t>vrijdag</w:t>
      </w:r>
      <w:r w:rsidRPr="00405EB0">
        <w:rPr>
          <w:b/>
          <w:bCs/>
        </w:rPr>
        <w:t xml:space="preserve"> </w:t>
      </w:r>
      <w:r w:rsidR="00944EF2">
        <w:rPr>
          <w:b/>
          <w:bCs/>
        </w:rPr>
        <w:t>21</w:t>
      </w:r>
      <w:r w:rsidRPr="00405EB0">
        <w:rPr>
          <w:b/>
          <w:bCs/>
        </w:rPr>
        <w:t xml:space="preserve"> augustus om </w:t>
      </w:r>
      <w:r w:rsidR="009035DE">
        <w:rPr>
          <w:b/>
          <w:bCs/>
        </w:rPr>
        <w:t>8u45</w:t>
      </w:r>
      <w:r w:rsidRPr="00405EB0">
        <w:t xml:space="preserve"> aan de </w:t>
      </w:r>
      <w:proofErr w:type="spellStart"/>
      <w:r w:rsidRPr="00405EB0">
        <w:t>Calidris</w:t>
      </w:r>
      <w:proofErr w:type="spellEnd"/>
      <w:r w:rsidRPr="00405EB0">
        <w:t xml:space="preserve">. Om </w:t>
      </w:r>
      <w:r w:rsidR="009035DE">
        <w:rPr>
          <w:b/>
          <w:bCs/>
        </w:rPr>
        <w:t>9u</w:t>
      </w:r>
      <w:r w:rsidRPr="00405EB0">
        <w:t xml:space="preserve"> vertrekt de bus richting </w:t>
      </w:r>
      <w:r>
        <w:t xml:space="preserve">de </w:t>
      </w:r>
      <w:r w:rsidRPr="00405EB0">
        <w:t>kamp</w:t>
      </w:r>
      <w:r>
        <w:t>plaats</w:t>
      </w:r>
      <w:r w:rsidRPr="00405EB0">
        <w:t>. De leiding verwelkomt jullie op de parking.</w:t>
      </w:r>
      <w:r>
        <w:t xml:space="preserve"> </w:t>
      </w:r>
      <w:r w:rsidRPr="00405EB0">
        <w:t xml:space="preserve">Breng een stevige rugzak mee met </w:t>
      </w:r>
      <w:r w:rsidR="00CF1E4F" w:rsidRPr="00405EB0">
        <w:t xml:space="preserve">een </w:t>
      </w:r>
      <w:r w:rsidR="00CF1E4F" w:rsidRPr="009035DE">
        <w:rPr>
          <w:b/>
          <w:bCs/>
        </w:rPr>
        <w:t>grote</w:t>
      </w:r>
      <w:r w:rsidRPr="009035DE">
        <w:rPr>
          <w:b/>
          <w:bCs/>
        </w:rPr>
        <w:t xml:space="preserve"> drinkfles</w:t>
      </w:r>
      <w:r w:rsidR="009035DE" w:rsidRPr="009035DE">
        <w:rPr>
          <w:b/>
          <w:bCs/>
        </w:rPr>
        <w:t>, lunchpakket</w:t>
      </w:r>
      <w:r w:rsidRPr="009035DE">
        <w:rPr>
          <w:b/>
          <w:bCs/>
        </w:rPr>
        <w:t xml:space="preserve"> en een vieruurtje</w:t>
      </w:r>
      <w:r w:rsidRPr="00405EB0">
        <w:t xml:space="preserve">. </w:t>
      </w:r>
      <w:r w:rsidRPr="006F26D1">
        <w:t>Vergeet je Chiro-uniform niet aan te doen bij het vertrek.</w:t>
      </w:r>
      <w:r>
        <w:t xml:space="preserve"> </w:t>
      </w:r>
    </w:p>
    <w:p w14:paraId="1275E5A8" w14:textId="6A51AB1E" w:rsidR="00431BD9" w:rsidRDefault="00431BD9" w:rsidP="00431BD9">
      <w:pPr>
        <w:spacing w:after="120"/>
      </w:pPr>
      <w:r w:rsidRPr="006D47E8">
        <w:t xml:space="preserve">Na een week vol avonturen en leuke verhalen, </w:t>
      </w:r>
      <w:r>
        <w:t xml:space="preserve">mogen jullie (ouders) de kinderen </w:t>
      </w:r>
      <w:r w:rsidR="00944EF2">
        <w:t>terugverwachten</w:t>
      </w:r>
      <w:r>
        <w:t xml:space="preserve"> </w:t>
      </w:r>
      <w:r w:rsidRPr="006D47E8">
        <w:t xml:space="preserve">op </w:t>
      </w:r>
      <w:r w:rsidR="00C404B1">
        <w:rPr>
          <w:b/>
          <w:bCs/>
        </w:rPr>
        <w:t>vrijdag</w:t>
      </w:r>
      <w:r w:rsidRPr="006D47E8">
        <w:t xml:space="preserve"> </w:t>
      </w:r>
      <w:r w:rsidRPr="006D47E8">
        <w:rPr>
          <w:b/>
          <w:bCs/>
        </w:rPr>
        <w:t>2</w:t>
      </w:r>
      <w:r w:rsidR="00944EF2">
        <w:rPr>
          <w:b/>
          <w:bCs/>
        </w:rPr>
        <w:t>8</w:t>
      </w:r>
      <w:r w:rsidRPr="006D47E8">
        <w:rPr>
          <w:b/>
          <w:bCs/>
        </w:rPr>
        <w:t xml:space="preserve"> augustus rond 1</w:t>
      </w:r>
      <w:r w:rsidR="004B3F5B">
        <w:rPr>
          <w:b/>
          <w:bCs/>
        </w:rPr>
        <w:t>3u</w:t>
      </w:r>
      <w:r w:rsidRPr="006D47E8">
        <w:t xml:space="preserve"> aan de </w:t>
      </w:r>
      <w:proofErr w:type="spellStart"/>
      <w:r w:rsidRPr="006D47E8">
        <w:t>Calidris</w:t>
      </w:r>
      <w:proofErr w:type="spellEnd"/>
      <w:r w:rsidRPr="006D47E8">
        <w:t xml:space="preserve">. We vertrekken die dag </w:t>
      </w:r>
      <w:r>
        <w:t>rond</w:t>
      </w:r>
      <w:r w:rsidRPr="006D47E8">
        <w:t xml:space="preserve"> 10u van de kampplaats.</w:t>
      </w:r>
      <w:r w:rsidRPr="006D47E8">
        <w:rPr>
          <w:b/>
          <w:bCs/>
        </w:rPr>
        <w:br/>
      </w:r>
      <w:r w:rsidRPr="006D47E8">
        <w:t>Mocht het verkeer voor vertraging zorgen, dan laten we dit via Facebook weten.</w:t>
      </w:r>
    </w:p>
    <w:sectPr w:rsidR="00431BD9" w:rsidSect="00034616">
      <w:pgSz w:w="16834" w:h="11909" w:orient="landscape"/>
      <w:pgMar w:top="720" w:right="1008" w:bottom="720"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C512B" w14:textId="77777777" w:rsidR="007D53CE" w:rsidRDefault="007D53CE" w:rsidP="004962FD">
      <w:pPr>
        <w:spacing w:after="0" w:line="240" w:lineRule="auto"/>
      </w:pPr>
      <w:r>
        <w:separator/>
      </w:r>
    </w:p>
  </w:endnote>
  <w:endnote w:type="continuationSeparator" w:id="0">
    <w:p w14:paraId="72A18601" w14:textId="77777777" w:rsidR="007D53CE" w:rsidRDefault="007D53CE" w:rsidP="00496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DLaM Display">
    <w:charset w:val="00"/>
    <w:family w:val="auto"/>
    <w:pitch w:val="variable"/>
    <w:sig w:usb0="8000206F" w:usb1="4200004A"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6C251" w14:textId="77777777" w:rsidR="007D53CE" w:rsidRDefault="007D53CE" w:rsidP="004962FD">
      <w:pPr>
        <w:spacing w:after="0" w:line="240" w:lineRule="auto"/>
      </w:pPr>
      <w:r>
        <w:separator/>
      </w:r>
    </w:p>
  </w:footnote>
  <w:footnote w:type="continuationSeparator" w:id="0">
    <w:p w14:paraId="05E59263" w14:textId="77777777" w:rsidR="007D53CE" w:rsidRDefault="007D53CE" w:rsidP="00496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60DD483D"/>
    <w:multiLevelType w:val="hybridMultilevel"/>
    <w:tmpl w:val="019408B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87430101">
    <w:abstractNumId w:val="8"/>
  </w:num>
  <w:num w:numId="2" w16cid:durableId="373579201">
    <w:abstractNumId w:val="6"/>
  </w:num>
  <w:num w:numId="3" w16cid:durableId="1837838674">
    <w:abstractNumId w:val="5"/>
  </w:num>
  <w:num w:numId="4" w16cid:durableId="341467610">
    <w:abstractNumId w:val="4"/>
  </w:num>
  <w:num w:numId="5" w16cid:durableId="104741224">
    <w:abstractNumId w:val="7"/>
  </w:num>
  <w:num w:numId="6" w16cid:durableId="467941509">
    <w:abstractNumId w:val="3"/>
  </w:num>
  <w:num w:numId="7" w16cid:durableId="2146703423">
    <w:abstractNumId w:val="2"/>
  </w:num>
  <w:num w:numId="8" w16cid:durableId="2096316783">
    <w:abstractNumId w:val="1"/>
  </w:num>
  <w:num w:numId="9" w16cid:durableId="1483540950">
    <w:abstractNumId w:val="0"/>
  </w:num>
  <w:num w:numId="10" w16cid:durableId="1269854778">
    <w:abstractNumId w:val="8"/>
  </w:num>
  <w:num w:numId="11" w16cid:durableId="19944850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213"/>
    <w:rsid w:val="00034616"/>
    <w:rsid w:val="000603BD"/>
    <w:rsid w:val="0006063C"/>
    <w:rsid w:val="000A2BE4"/>
    <w:rsid w:val="000A4C7C"/>
    <w:rsid w:val="000A7327"/>
    <w:rsid w:val="000C5283"/>
    <w:rsid w:val="000D4A18"/>
    <w:rsid w:val="000F41EC"/>
    <w:rsid w:val="000F6365"/>
    <w:rsid w:val="00105E04"/>
    <w:rsid w:val="0015074B"/>
    <w:rsid w:val="00162F8E"/>
    <w:rsid w:val="001830F3"/>
    <w:rsid w:val="001843CE"/>
    <w:rsid w:val="001908F4"/>
    <w:rsid w:val="001926FB"/>
    <w:rsid w:val="001A3B1E"/>
    <w:rsid w:val="001B3A1C"/>
    <w:rsid w:val="001C7203"/>
    <w:rsid w:val="001D6DE7"/>
    <w:rsid w:val="001E7449"/>
    <w:rsid w:val="002519A9"/>
    <w:rsid w:val="00287BC2"/>
    <w:rsid w:val="0029639D"/>
    <w:rsid w:val="002B1811"/>
    <w:rsid w:val="00326F90"/>
    <w:rsid w:val="003502CB"/>
    <w:rsid w:val="00357241"/>
    <w:rsid w:val="0036778A"/>
    <w:rsid w:val="00386C7E"/>
    <w:rsid w:val="003B7C87"/>
    <w:rsid w:val="003D685A"/>
    <w:rsid w:val="00405EB0"/>
    <w:rsid w:val="00431BD9"/>
    <w:rsid w:val="00452349"/>
    <w:rsid w:val="00453276"/>
    <w:rsid w:val="00486E7C"/>
    <w:rsid w:val="004927B3"/>
    <w:rsid w:val="004962FD"/>
    <w:rsid w:val="00496B4D"/>
    <w:rsid w:val="004B3F5B"/>
    <w:rsid w:val="004C5D30"/>
    <w:rsid w:val="004E0F00"/>
    <w:rsid w:val="00552966"/>
    <w:rsid w:val="005A0CEF"/>
    <w:rsid w:val="005C4229"/>
    <w:rsid w:val="005E7BF1"/>
    <w:rsid w:val="005F591D"/>
    <w:rsid w:val="005F69C9"/>
    <w:rsid w:val="00615EC0"/>
    <w:rsid w:val="00663C4D"/>
    <w:rsid w:val="006A4474"/>
    <w:rsid w:val="006C4E24"/>
    <w:rsid w:val="006D2AE8"/>
    <w:rsid w:val="006D47E8"/>
    <w:rsid w:val="006F26D1"/>
    <w:rsid w:val="00740F09"/>
    <w:rsid w:val="00764A7F"/>
    <w:rsid w:val="00766D08"/>
    <w:rsid w:val="007A672F"/>
    <w:rsid w:val="007C141B"/>
    <w:rsid w:val="007C437D"/>
    <w:rsid w:val="007D3E4A"/>
    <w:rsid w:val="007D53CE"/>
    <w:rsid w:val="007E34E4"/>
    <w:rsid w:val="00804A58"/>
    <w:rsid w:val="008064E9"/>
    <w:rsid w:val="00822181"/>
    <w:rsid w:val="0086718B"/>
    <w:rsid w:val="00874122"/>
    <w:rsid w:val="008C6BA1"/>
    <w:rsid w:val="009035DE"/>
    <w:rsid w:val="00944EF2"/>
    <w:rsid w:val="00957187"/>
    <w:rsid w:val="009806DF"/>
    <w:rsid w:val="009A7F01"/>
    <w:rsid w:val="009F4654"/>
    <w:rsid w:val="00A02497"/>
    <w:rsid w:val="00AA1D8D"/>
    <w:rsid w:val="00AC04A6"/>
    <w:rsid w:val="00B15C14"/>
    <w:rsid w:val="00B22CD0"/>
    <w:rsid w:val="00B47730"/>
    <w:rsid w:val="00BB68F7"/>
    <w:rsid w:val="00C054EC"/>
    <w:rsid w:val="00C404B1"/>
    <w:rsid w:val="00C63607"/>
    <w:rsid w:val="00C80CF5"/>
    <w:rsid w:val="00C80E32"/>
    <w:rsid w:val="00CB0664"/>
    <w:rsid w:val="00CC2657"/>
    <w:rsid w:val="00CF1E4F"/>
    <w:rsid w:val="00CF2F39"/>
    <w:rsid w:val="00D156A6"/>
    <w:rsid w:val="00D35A43"/>
    <w:rsid w:val="00D42A40"/>
    <w:rsid w:val="00D43F29"/>
    <w:rsid w:val="00E0269D"/>
    <w:rsid w:val="00E410F6"/>
    <w:rsid w:val="00EF105F"/>
    <w:rsid w:val="00F03B16"/>
    <w:rsid w:val="00F111E4"/>
    <w:rsid w:val="00F14FE9"/>
    <w:rsid w:val="00F219AD"/>
    <w:rsid w:val="00F30610"/>
    <w:rsid w:val="00F516B6"/>
    <w:rsid w:val="00F52D0E"/>
    <w:rsid w:val="00FC693F"/>
    <w:rsid w:val="00FD3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D587AC"/>
  <w14:defaultImageDpi w14:val="300"/>
  <w15:docId w15:val="{9FC95B3D-BD5B-4797-9CDE-2F72DAE7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lang w:val="nl-BE"/>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ijl1">
    <w:name w:val="Stijl1"/>
    <w:basedOn w:val="Titel"/>
    <w:link w:val="Stijl1Char"/>
    <w:qFormat/>
    <w:rsid w:val="000D4A18"/>
    <w:rPr>
      <w:color w:val="FF0000"/>
    </w:rPr>
  </w:style>
  <w:style w:type="character" w:customStyle="1" w:styleId="Stijl1Char">
    <w:name w:val="Stijl1 Char"/>
    <w:basedOn w:val="TitelChar"/>
    <w:link w:val="Stijl1"/>
    <w:rsid w:val="000D4A18"/>
    <w:rPr>
      <w:rFonts w:asciiTheme="majorHAnsi" w:eastAsiaTheme="majorEastAsia" w:hAnsiTheme="majorHAnsi" w:cstheme="majorBidi"/>
      <w:color w:val="FF0000"/>
      <w:spacing w:val="5"/>
      <w:kern w:val="28"/>
      <w:sz w:val="52"/>
      <w:szCs w:val="5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9806">
      <w:bodyDiv w:val="1"/>
      <w:marLeft w:val="0"/>
      <w:marRight w:val="0"/>
      <w:marTop w:val="0"/>
      <w:marBottom w:val="0"/>
      <w:divBdr>
        <w:top w:val="none" w:sz="0" w:space="0" w:color="auto"/>
        <w:left w:val="none" w:sz="0" w:space="0" w:color="auto"/>
        <w:bottom w:val="none" w:sz="0" w:space="0" w:color="auto"/>
        <w:right w:val="none" w:sz="0" w:space="0" w:color="auto"/>
      </w:divBdr>
    </w:div>
    <w:div w:id="44648649">
      <w:bodyDiv w:val="1"/>
      <w:marLeft w:val="0"/>
      <w:marRight w:val="0"/>
      <w:marTop w:val="0"/>
      <w:marBottom w:val="0"/>
      <w:divBdr>
        <w:top w:val="none" w:sz="0" w:space="0" w:color="auto"/>
        <w:left w:val="none" w:sz="0" w:space="0" w:color="auto"/>
        <w:bottom w:val="none" w:sz="0" w:space="0" w:color="auto"/>
        <w:right w:val="none" w:sz="0" w:space="0" w:color="auto"/>
      </w:divBdr>
    </w:div>
    <w:div w:id="538010169">
      <w:bodyDiv w:val="1"/>
      <w:marLeft w:val="0"/>
      <w:marRight w:val="0"/>
      <w:marTop w:val="0"/>
      <w:marBottom w:val="0"/>
      <w:divBdr>
        <w:top w:val="none" w:sz="0" w:space="0" w:color="auto"/>
        <w:left w:val="none" w:sz="0" w:space="0" w:color="auto"/>
        <w:bottom w:val="none" w:sz="0" w:space="0" w:color="auto"/>
        <w:right w:val="none" w:sz="0" w:space="0" w:color="auto"/>
      </w:divBdr>
    </w:div>
    <w:div w:id="853611115">
      <w:bodyDiv w:val="1"/>
      <w:marLeft w:val="0"/>
      <w:marRight w:val="0"/>
      <w:marTop w:val="0"/>
      <w:marBottom w:val="0"/>
      <w:divBdr>
        <w:top w:val="none" w:sz="0" w:space="0" w:color="auto"/>
        <w:left w:val="none" w:sz="0" w:space="0" w:color="auto"/>
        <w:bottom w:val="none" w:sz="0" w:space="0" w:color="auto"/>
        <w:right w:val="none" w:sz="0" w:space="0" w:color="auto"/>
      </w:divBdr>
    </w:div>
    <w:div w:id="1089278026">
      <w:bodyDiv w:val="1"/>
      <w:marLeft w:val="0"/>
      <w:marRight w:val="0"/>
      <w:marTop w:val="0"/>
      <w:marBottom w:val="0"/>
      <w:divBdr>
        <w:top w:val="none" w:sz="0" w:space="0" w:color="auto"/>
        <w:left w:val="none" w:sz="0" w:space="0" w:color="auto"/>
        <w:bottom w:val="none" w:sz="0" w:space="0" w:color="auto"/>
        <w:right w:val="none" w:sz="0" w:space="0" w:color="auto"/>
      </w:divBdr>
    </w:div>
    <w:div w:id="1706172488">
      <w:bodyDiv w:val="1"/>
      <w:marLeft w:val="0"/>
      <w:marRight w:val="0"/>
      <w:marTop w:val="0"/>
      <w:marBottom w:val="0"/>
      <w:divBdr>
        <w:top w:val="none" w:sz="0" w:space="0" w:color="auto"/>
        <w:left w:val="none" w:sz="0" w:space="0" w:color="auto"/>
        <w:bottom w:val="none" w:sz="0" w:space="0" w:color="auto"/>
        <w:right w:val="none" w:sz="0" w:space="0" w:color="auto"/>
      </w:divBdr>
    </w:div>
    <w:div w:id="1960138762">
      <w:bodyDiv w:val="1"/>
      <w:marLeft w:val="0"/>
      <w:marRight w:val="0"/>
      <w:marTop w:val="0"/>
      <w:marBottom w:val="0"/>
      <w:divBdr>
        <w:top w:val="none" w:sz="0" w:space="0" w:color="auto"/>
        <w:left w:val="none" w:sz="0" w:space="0" w:color="auto"/>
        <w:bottom w:val="none" w:sz="0" w:space="0" w:color="auto"/>
        <w:right w:val="none" w:sz="0" w:space="0" w:color="auto"/>
      </w:divBdr>
    </w:div>
    <w:div w:id="20784305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9622</TotalTime>
  <Pages>4</Pages>
  <Words>843</Words>
  <Characters>4641</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Britt Ghewy</cp:lastModifiedBy>
  <cp:revision>49</cp:revision>
  <cp:lastPrinted>2025-06-28T17:48:00Z</cp:lastPrinted>
  <dcterms:created xsi:type="dcterms:W3CDTF">2025-05-26T14:07:00Z</dcterms:created>
  <dcterms:modified xsi:type="dcterms:W3CDTF">2026-07-31T16:39:00Z</dcterms:modified>
  <cp:category/>
</cp:coreProperties>
</file>